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3235" w14:textId="77777777" w:rsidR="00203126" w:rsidRDefault="00203126">
      <w:pPr>
        <w:jc w:val="both"/>
      </w:pPr>
    </w:p>
    <w:p w14:paraId="20231829" w14:textId="77777777" w:rsidR="00203126" w:rsidRDefault="00111992" w:rsidP="00FB384A">
      <w:pPr>
        <w:spacing w:after="0" w:line="240" w:lineRule="auto"/>
        <w:jc w:val="both"/>
      </w:pPr>
      <w:bookmarkStart w:id="0" w:name="_Hlk236214995"/>
      <w:proofErr w:type="spellStart"/>
      <w:r>
        <w:t>Ogledni</w:t>
      </w:r>
      <w:proofErr w:type="spellEnd"/>
      <w:r>
        <w:t xml:space="preserve"> </w:t>
      </w:r>
      <w:proofErr w:type="spellStart"/>
      <w:r>
        <w:t>primjer</w:t>
      </w:r>
      <w:proofErr w:type="spellEnd"/>
      <w:r>
        <w:t xml:space="preserve">: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provedbi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r>
        <w:t>jednostavne</w:t>
      </w:r>
      <w:proofErr w:type="spellEnd"/>
      <w:r>
        <w:t xml:space="preserve"> </w:t>
      </w:r>
      <w:proofErr w:type="spellStart"/>
      <w:r>
        <w:t>nabave</w:t>
      </w:r>
      <w:proofErr w:type="spellEnd"/>
    </w:p>
    <w:p w14:paraId="7D62AEF0" w14:textId="77777777" w:rsidR="00FB384A" w:rsidRDefault="00FB384A" w:rsidP="00FB384A">
      <w:pPr>
        <w:spacing w:after="0" w:line="240" w:lineRule="auto"/>
        <w:jc w:val="both"/>
      </w:pPr>
    </w:p>
    <w:p w14:paraId="4DDE296B" w14:textId="77777777" w:rsidR="00203126" w:rsidRDefault="00111992" w:rsidP="00FB384A">
      <w:pPr>
        <w:spacing w:after="0" w:line="240" w:lineRule="auto"/>
        <w:jc w:val="both"/>
      </w:pPr>
      <w:r>
        <w:t>Na temelju članka 15. stavka 2. Zakona o javnoj nabavi (Narodne novine, br. 120/16, 114/22 i</w:t>
      </w:r>
    </w:p>
    <w:p w14:paraId="5EE7CE01" w14:textId="4B3B9D5E" w:rsidR="00203126" w:rsidRDefault="00111992" w:rsidP="00FB384A">
      <w:pPr>
        <w:spacing w:after="0" w:line="240" w:lineRule="auto"/>
        <w:jc w:val="both"/>
      </w:pPr>
      <w:r>
        <w:t xml:space="preserve">48/26.)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</w:t>
      </w:r>
      <w:r w:rsidR="002B2F4F">
        <w:t>80</w:t>
      </w:r>
      <w:r w:rsidR="00FB384A">
        <w:t>.</w:t>
      </w:r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r w:rsidR="00B808F8">
        <w:t>“</w:t>
      </w:r>
      <w:proofErr w:type="spellStart"/>
      <w:r w:rsidR="002B2F4F">
        <w:t>H</w:t>
      </w:r>
      <w:r w:rsidR="00B808F8">
        <w:t>reljin</w:t>
      </w:r>
      <w:proofErr w:type="spellEnd"/>
      <w:r w:rsidR="00B808F8">
        <w:t xml:space="preserve">”, </w:t>
      </w:r>
      <w:proofErr w:type="spellStart"/>
      <w:proofErr w:type="gramStart"/>
      <w:r w:rsidR="00B808F8">
        <w:t>Hreljin</w:t>
      </w:r>
      <w:proofErr w:type="spellEnd"/>
      <w:r w:rsidR="00FB384A">
        <w:t>,</w:t>
      </w:r>
      <w:r>
        <w:t xml:space="preserve">  </w:t>
      </w:r>
      <w:proofErr w:type="spellStart"/>
      <w:r>
        <w:t>Školski</w:t>
      </w:r>
      <w:proofErr w:type="spellEnd"/>
      <w:proofErr w:type="gram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Osnovne</w:t>
      </w:r>
      <w:proofErr w:type="spellEnd"/>
    </w:p>
    <w:p w14:paraId="7DD6D7EC" w14:textId="7D8EC058" w:rsidR="00203126" w:rsidRDefault="00B808F8" w:rsidP="00FB384A">
      <w:pPr>
        <w:spacing w:after="0" w:line="240" w:lineRule="auto"/>
        <w:jc w:val="both"/>
      </w:pPr>
      <w:proofErr w:type="spellStart"/>
      <w:r>
        <w:t>Š</w:t>
      </w:r>
      <w:r w:rsidR="00111992">
        <w:t>kole</w:t>
      </w:r>
      <w:proofErr w:type="spellEnd"/>
      <w:r>
        <w:t xml:space="preserve"> “</w:t>
      </w:r>
      <w:proofErr w:type="spellStart"/>
      <w:r>
        <w:t>Hreljin</w:t>
      </w:r>
      <w:proofErr w:type="spellEnd"/>
      <w:r>
        <w:t xml:space="preserve">” </w:t>
      </w:r>
      <w:proofErr w:type="spellStart"/>
      <w:r w:rsidR="00FB384A">
        <w:t>na</w:t>
      </w:r>
      <w:proofErr w:type="spellEnd"/>
      <w:r w:rsidR="00111992">
        <w:t xml:space="preserve"> </w:t>
      </w:r>
      <w:proofErr w:type="spellStart"/>
      <w:r w:rsidR="00111992">
        <w:t>sjednici</w:t>
      </w:r>
      <w:proofErr w:type="spellEnd"/>
      <w:r w:rsidR="00111992">
        <w:t xml:space="preserve">, </w:t>
      </w:r>
      <w:proofErr w:type="spellStart"/>
      <w:r w:rsidR="00111992">
        <w:t>održanoj</w:t>
      </w:r>
      <w:proofErr w:type="spellEnd"/>
      <w:r w:rsidR="00111992">
        <w:t xml:space="preserve"> ___________ 2026. </w:t>
      </w:r>
      <w:proofErr w:type="spellStart"/>
      <w:r w:rsidR="00111992">
        <w:t>godine</w:t>
      </w:r>
      <w:proofErr w:type="spellEnd"/>
      <w:r w:rsidR="00111992">
        <w:t xml:space="preserve"> </w:t>
      </w:r>
      <w:proofErr w:type="spellStart"/>
      <w:r w:rsidR="00111992">
        <w:t>donio</w:t>
      </w:r>
      <w:proofErr w:type="spellEnd"/>
      <w:r w:rsidR="00111992">
        <w:t xml:space="preserve"> je</w:t>
      </w:r>
    </w:p>
    <w:p w14:paraId="36267797" w14:textId="77777777" w:rsidR="00FB384A" w:rsidRDefault="00FB384A" w:rsidP="00FB384A">
      <w:pPr>
        <w:spacing w:after="0" w:line="240" w:lineRule="auto"/>
        <w:jc w:val="both"/>
      </w:pPr>
    </w:p>
    <w:p w14:paraId="7CC6A342" w14:textId="77777777" w:rsidR="00203126" w:rsidRDefault="00111992" w:rsidP="00FB384A">
      <w:pPr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>PRAVILNIK</w:t>
      </w:r>
    </w:p>
    <w:p w14:paraId="6B721F26" w14:textId="77777777" w:rsidR="00FB384A" w:rsidRDefault="00FB384A" w:rsidP="00FB384A">
      <w:pPr>
        <w:spacing w:after="0" w:line="240" w:lineRule="auto"/>
        <w:jc w:val="center"/>
      </w:pPr>
    </w:p>
    <w:p w14:paraId="1421DE88" w14:textId="77777777" w:rsidR="00203126" w:rsidRDefault="00111992" w:rsidP="00FB384A">
      <w:pPr>
        <w:spacing w:after="0" w:line="240" w:lineRule="auto"/>
        <w:jc w:val="center"/>
        <w:rPr>
          <w:b/>
          <w:sz w:val="26"/>
        </w:rPr>
      </w:pPr>
      <w:r>
        <w:rPr>
          <w:b/>
          <w:sz w:val="26"/>
        </w:rPr>
        <w:t>O PROVEDBI POSTUPAKA JEDNOSTAVNE NABAVE</w:t>
      </w:r>
    </w:p>
    <w:p w14:paraId="7262C645" w14:textId="77777777" w:rsidR="00FB384A" w:rsidRDefault="00FB384A" w:rsidP="00FB384A">
      <w:pPr>
        <w:spacing w:after="0" w:line="240" w:lineRule="auto"/>
        <w:jc w:val="center"/>
      </w:pPr>
    </w:p>
    <w:p w14:paraId="525D2E1D" w14:textId="77777777" w:rsidR="00203126" w:rsidRPr="00FB384A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I. </w:t>
      </w:r>
      <w:proofErr w:type="spellStart"/>
      <w:r w:rsidRPr="00FB384A">
        <w:rPr>
          <w:b/>
          <w:sz w:val="24"/>
          <w:szCs w:val="24"/>
        </w:rPr>
        <w:t>Opće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odredbe</w:t>
      </w:r>
      <w:proofErr w:type="spellEnd"/>
    </w:p>
    <w:p w14:paraId="5BBF01D9" w14:textId="77777777" w:rsidR="00FB384A" w:rsidRDefault="00FB384A" w:rsidP="00FB384A">
      <w:pPr>
        <w:spacing w:after="0" w:line="240" w:lineRule="auto"/>
        <w:jc w:val="center"/>
      </w:pPr>
    </w:p>
    <w:p w14:paraId="49B6D093" w14:textId="77777777" w:rsidR="00203126" w:rsidRDefault="00111992" w:rsidP="00FB384A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1.</w:t>
      </w:r>
    </w:p>
    <w:p w14:paraId="056C8314" w14:textId="77777777" w:rsidR="00FB384A" w:rsidRDefault="00FB384A" w:rsidP="00FB384A">
      <w:pPr>
        <w:spacing w:after="0" w:line="240" w:lineRule="auto"/>
        <w:jc w:val="center"/>
      </w:pPr>
    </w:p>
    <w:p w14:paraId="2EED4A6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Ovim Pravilnikom se uređuju pravila, uvjeti i postupci za nabavu robe i usluga naručitelja</w:t>
      </w:r>
    </w:p>
    <w:p w14:paraId="604CAE88" w14:textId="21516FCA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Osnovne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škole</w:t>
      </w:r>
      <w:proofErr w:type="spellEnd"/>
      <w:r w:rsidRPr="00FB384A">
        <w:rPr>
          <w:sz w:val="24"/>
          <w:szCs w:val="24"/>
        </w:rPr>
        <w:t xml:space="preserve"> </w:t>
      </w:r>
      <w:r w:rsidR="00B808F8">
        <w:rPr>
          <w:sz w:val="24"/>
          <w:szCs w:val="24"/>
        </w:rPr>
        <w:t>“</w:t>
      </w:r>
      <w:proofErr w:type="spellStart"/>
      <w:proofErr w:type="gramStart"/>
      <w:r w:rsidR="00B808F8">
        <w:rPr>
          <w:sz w:val="24"/>
          <w:szCs w:val="24"/>
        </w:rPr>
        <w:t>Hreljin</w:t>
      </w:r>
      <w:proofErr w:type="spellEnd"/>
      <w:r w:rsidR="00B808F8">
        <w:rPr>
          <w:sz w:val="24"/>
          <w:szCs w:val="24"/>
        </w:rPr>
        <w:t>”</w:t>
      </w:r>
      <w:r w:rsidRPr="00FB384A">
        <w:rPr>
          <w:sz w:val="24"/>
          <w:szCs w:val="24"/>
        </w:rPr>
        <w:t>(</w:t>
      </w:r>
      <w:proofErr w:type="gramEnd"/>
      <w:r w:rsidRPr="00FB384A">
        <w:rPr>
          <w:sz w:val="24"/>
          <w:szCs w:val="24"/>
        </w:rPr>
        <w:t xml:space="preserve">u </w:t>
      </w:r>
      <w:proofErr w:type="spellStart"/>
      <w:r w:rsidRPr="00FB384A">
        <w:rPr>
          <w:sz w:val="24"/>
          <w:szCs w:val="24"/>
        </w:rPr>
        <w:t>daljnjem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tekstu</w:t>
      </w:r>
      <w:proofErr w:type="spellEnd"/>
      <w:r w:rsidRPr="00FB384A">
        <w:rPr>
          <w:sz w:val="24"/>
          <w:szCs w:val="24"/>
        </w:rPr>
        <w:t xml:space="preserve">: </w:t>
      </w:r>
      <w:proofErr w:type="spellStart"/>
      <w:r w:rsidRPr="00FB384A">
        <w:rPr>
          <w:sz w:val="24"/>
          <w:szCs w:val="24"/>
        </w:rPr>
        <w:t>Škola</w:t>
      </w:r>
      <w:proofErr w:type="spellEnd"/>
      <w:r w:rsidRPr="00FB384A">
        <w:rPr>
          <w:sz w:val="24"/>
          <w:szCs w:val="24"/>
        </w:rPr>
        <w:t xml:space="preserve">) </w:t>
      </w:r>
      <w:proofErr w:type="spellStart"/>
      <w:r w:rsidRPr="00FB384A">
        <w:rPr>
          <w:sz w:val="24"/>
          <w:szCs w:val="24"/>
        </w:rPr>
        <w:t>čija</w:t>
      </w:r>
      <w:proofErr w:type="spellEnd"/>
      <w:r w:rsidRPr="00FB384A">
        <w:rPr>
          <w:sz w:val="24"/>
          <w:szCs w:val="24"/>
        </w:rPr>
        <w:t xml:space="preserve"> je procijenjena vrijednost bez</w:t>
      </w:r>
    </w:p>
    <w:p w14:paraId="78D0721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poreza na dodanu vrijednost (PDV) manja od 50.000 eura i nabavu radova čija je procijenjena</w:t>
      </w:r>
    </w:p>
    <w:p w14:paraId="6FB4EE2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vrijednost bez poreza na dodanu vrijednost (</w:t>
      </w:r>
      <w:proofErr w:type="gramStart"/>
      <w:r w:rsidRPr="00FB384A">
        <w:rPr>
          <w:sz w:val="24"/>
          <w:szCs w:val="24"/>
        </w:rPr>
        <w:t>PDV)  manja</w:t>
      </w:r>
      <w:proofErr w:type="gramEnd"/>
      <w:r w:rsidRPr="00FB384A">
        <w:rPr>
          <w:sz w:val="24"/>
          <w:szCs w:val="24"/>
        </w:rPr>
        <w:t xml:space="preserve"> od 100.000 eura (u daljnjem tekstu:</w:t>
      </w:r>
    </w:p>
    <w:p w14:paraId="0B208737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jednostavna nabava).</w:t>
      </w:r>
    </w:p>
    <w:p w14:paraId="79EFFC0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Na postupke jednostavne nabave uređene ovim Pravilnikom ne primjenjuju se odredbe</w:t>
      </w:r>
    </w:p>
    <w:p w14:paraId="06A3A6F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Zakona o javnoj nabavi.</w:t>
      </w:r>
    </w:p>
    <w:p w14:paraId="4F48AA6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Škola je obvezna primijeniti odredbe Zakona o javnoj nabavi za nabavu robe, radova,</w:t>
      </w:r>
    </w:p>
    <w:p w14:paraId="31BDB0A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usluga te provedbu projektnih natječaja čija je procijenjena vrijednost jednaka ili veća od</w:t>
      </w:r>
    </w:p>
    <w:p w14:paraId="552F710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pragova iz stavka 1. </w:t>
      </w:r>
      <w:proofErr w:type="spellStart"/>
      <w:r w:rsidRPr="00FB384A">
        <w:rPr>
          <w:sz w:val="24"/>
          <w:szCs w:val="24"/>
        </w:rPr>
        <w:t>ovoga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članka</w:t>
      </w:r>
      <w:proofErr w:type="spellEnd"/>
      <w:r w:rsidRPr="00FB384A">
        <w:rPr>
          <w:sz w:val="24"/>
          <w:szCs w:val="24"/>
        </w:rPr>
        <w:t>.</w:t>
      </w:r>
    </w:p>
    <w:p w14:paraId="180F07E3" w14:textId="77777777" w:rsidR="00FB384A" w:rsidRDefault="00FB384A" w:rsidP="00FB384A">
      <w:pPr>
        <w:spacing w:after="0" w:line="240" w:lineRule="auto"/>
        <w:jc w:val="both"/>
      </w:pPr>
    </w:p>
    <w:p w14:paraId="13AE3EBF" w14:textId="77777777" w:rsidR="00203126" w:rsidRDefault="00111992" w:rsidP="00FB384A">
      <w:pPr>
        <w:spacing w:after="0" w:line="240" w:lineRule="auto"/>
        <w:jc w:val="center"/>
        <w:rPr>
          <w:b/>
        </w:rPr>
      </w:pPr>
      <w:proofErr w:type="spellStart"/>
      <w:r>
        <w:rPr>
          <w:b/>
        </w:rPr>
        <w:t>Članak</w:t>
      </w:r>
      <w:proofErr w:type="spellEnd"/>
      <w:r>
        <w:rPr>
          <w:b/>
        </w:rPr>
        <w:t xml:space="preserve"> 2.</w:t>
      </w:r>
    </w:p>
    <w:p w14:paraId="1EA9F078" w14:textId="77777777" w:rsidR="00FB384A" w:rsidRDefault="00FB384A" w:rsidP="00FB384A">
      <w:pPr>
        <w:spacing w:after="0" w:line="240" w:lineRule="auto"/>
        <w:jc w:val="center"/>
      </w:pPr>
    </w:p>
    <w:p w14:paraId="787ADF37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(1) Izrazi koji se koriste u ovom Pravilniku, </w:t>
      </w:r>
      <w:proofErr w:type="gramStart"/>
      <w:r w:rsidRPr="00FB384A">
        <w:rPr>
          <w:sz w:val="24"/>
          <w:szCs w:val="24"/>
        </w:rPr>
        <w:t>a</w:t>
      </w:r>
      <w:proofErr w:type="gramEnd"/>
      <w:r w:rsidRPr="00FB384A">
        <w:rPr>
          <w:sz w:val="24"/>
          <w:szCs w:val="24"/>
        </w:rPr>
        <w:t xml:space="preserve"> imaju rodno značenje, koriste se neutralno i</w:t>
      </w:r>
    </w:p>
    <w:p w14:paraId="1CD246F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odnose</w:t>
      </w:r>
      <w:proofErr w:type="spellEnd"/>
      <w:r w:rsidRPr="00FB384A">
        <w:rPr>
          <w:sz w:val="24"/>
          <w:szCs w:val="24"/>
        </w:rPr>
        <w:t xml:space="preserve"> se </w:t>
      </w:r>
      <w:proofErr w:type="spellStart"/>
      <w:r w:rsidRPr="00FB384A">
        <w:rPr>
          <w:sz w:val="24"/>
          <w:szCs w:val="24"/>
        </w:rPr>
        <w:t>jednako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muški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ženski</w:t>
      </w:r>
      <w:proofErr w:type="spellEnd"/>
      <w:r w:rsidRPr="00FB384A">
        <w:rPr>
          <w:sz w:val="24"/>
          <w:szCs w:val="24"/>
        </w:rPr>
        <w:t xml:space="preserve"> rod.</w:t>
      </w:r>
    </w:p>
    <w:p w14:paraId="49F8CFCA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6948475B" w14:textId="77777777" w:rsidR="00203126" w:rsidRPr="00FB384A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II. </w:t>
      </w:r>
      <w:proofErr w:type="spellStart"/>
      <w:r w:rsidRPr="00FB384A">
        <w:rPr>
          <w:b/>
          <w:sz w:val="24"/>
          <w:szCs w:val="24"/>
        </w:rPr>
        <w:t>Načela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javne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nabave</w:t>
      </w:r>
      <w:proofErr w:type="spellEnd"/>
    </w:p>
    <w:p w14:paraId="14E65922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63F6367B" w14:textId="77777777" w:rsidR="00203126" w:rsidRPr="00FB384A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3.</w:t>
      </w:r>
    </w:p>
    <w:p w14:paraId="7794F14F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27FA61B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U provedbi postupaka jednostavne nabave sukladno ovom Pravilniku, Škola je obvezna</w:t>
      </w:r>
    </w:p>
    <w:p w14:paraId="4B840A7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poštovati načela javne nabave iz članka 4. Zakona o javnoj nabavi, osigurati pravnu zaštitu</w:t>
      </w:r>
    </w:p>
    <w:p w14:paraId="2393492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gospodarskim subjektima te primjenjiti elektronička sredstva komunikacije.</w:t>
      </w:r>
    </w:p>
    <w:p w14:paraId="646A650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Škola je obvezna primjenjivati odredbe ovoga Pravilnika na način koji omogućava</w:t>
      </w:r>
    </w:p>
    <w:p w14:paraId="60B209F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učinkovitu nabavu robe, usluga i radova te ekonomično i svrhovito trošenje proračunskih</w:t>
      </w:r>
    </w:p>
    <w:p w14:paraId="2936305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sredstava.</w:t>
      </w:r>
    </w:p>
    <w:p w14:paraId="1EE83B24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III. </w:t>
      </w:r>
      <w:proofErr w:type="spellStart"/>
      <w:r w:rsidRPr="00FB384A">
        <w:rPr>
          <w:b/>
          <w:sz w:val="24"/>
          <w:szCs w:val="24"/>
        </w:rPr>
        <w:t>Sukob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interesa</w:t>
      </w:r>
      <w:proofErr w:type="spellEnd"/>
    </w:p>
    <w:p w14:paraId="4E3191E5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5EB6D269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4.</w:t>
      </w:r>
    </w:p>
    <w:p w14:paraId="26B2E648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38390D5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Na sprječavanje sukoba interesa na odgovarajući način se primjenjuju odredbe članaka 75.</w:t>
      </w:r>
    </w:p>
    <w:p w14:paraId="7FC2348C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do 83. Zakona o javnoj nabavi.</w:t>
      </w:r>
    </w:p>
    <w:p w14:paraId="5866CC8E" w14:textId="77777777" w:rsidR="00203126" w:rsidRPr="00FB384A" w:rsidRDefault="00111992" w:rsidP="00FB384A">
      <w:pPr>
        <w:spacing w:after="0" w:line="240" w:lineRule="auto"/>
        <w:rPr>
          <w:sz w:val="24"/>
          <w:szCs w:val="24"/>
        </w:rPr>
      </w:pPr>
      <w:r w:rsidRPr="00FB384A">
        <w:rPr>
          <w:sz w:val="24"/>
          <w:szCs w:val="24"/>
        </w:rPr>
        <w:br w:type="page"/>
      </w:r>
    </w:p>
    <w:p w14:paraId="7AC23A6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lastRenderedPageBreak/>
        <w:t>(2) Sukob interesa obuhvaća situacije kada predstavnici Škole (ravnatelj, članovi Školskog</w:t>
      </w:r>
    </w:p>
    <w:p w14:paraId="0848557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odbora, članovi povjerenstva za provedbu postupka jednostavne nabave) koji sudjeluju u</w:t>
      </w:r>
    </w:p>
    <w:p w14:paraId="5A02B4F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postupku ili mogu utjecati na ishod, imaju izravan ili neizravan financijski, gospodarski ili</w:t>
      </w:r>
    </w:p>
    <w:p w14:paraId="34E5CE5C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drugi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osobni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interes</w:t>
      </w:r>
      <w:proofErr w:type="spellEnd"/>
      <w:r w:rsidRPr="00FB384A">
        <w:rPr>
          <w:sz w:val="24"/>
          <w:szCs w:val="24"/>
        </w:rPr>
        <w:t xml:space="preserve"> koji bi </w:t>
      </w:r>
      <w:proofErr w:type="spellStart"/>
      <w:r w:rsidRPr="00FB384A">
        <w:rPr>
          <w:sz w:val="24"/>
          <w:szCs w:val="24"/>
        </w:rPr>
        <w:t>mogao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kompromitirati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njihovu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nepristranost</w:t>
      </w:r>
      <w:proofErr w:type="spellEnd"/>
      <w:r w:rsidRPr="00FB384A">
        <w:rPr>
          <w:sz w:val="24"/>
          <w:szCs w:val="24"/>
        </w:rPr>
        <w:t>.</w:t>
      </w:r>
    </w:p>
    <w:p w14:paraId="6F2A7CB4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4BFF0B10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IV. </w:t>
      </w:r>
      <w:proofErr w:type="spellStart"/>
      <w:r w:rsidRPr="00FB384A">
        <w:rPr>
          <w:b/>
          <w:sz w:val="24"/>
          <w:szCs w:val="24"/>
        </w:rPr>
        <w:t>Postupci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jednostavne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nabave</w:t>
      </w:r>
      <w:proofErr w:type="spellEnd"/>
    </w:p>
    <w:p w14:paraId="12584074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5EAD5B3C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5.</w:t>
      </w:r>
    </w:p>
    <w:p w14:paraId="3B91F65F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69A571B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Postupci jednostavne nabave i njihova provedba razlikuju se s obzirom na procijenjenu</w:t>
      </w:r>
    </w:p>
    <w:p w14:paraId="0B08D6E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vrijednost jednostavne nabave kako slijedi:</w:t>
      </w:r>
    </w:p>
    <w:p w14:paraId="6D28DF5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1. postupci procijenjene vrijednosti manje od 5.000,00 eura, postupci izravnog ugovaranja,</w:t>
      </w:r>
    </w:p>
    <w:p w14:paraId="540DDA4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2. postupci procijenjene vrijednosti jednake ili veće od 5.000,00 eura, a manje ili jednake</w:t>
      </w:r>
    </w:p>
    <w:p w14:paraId="327B105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15.000,00 eura, postupci nabave s pozivom odabranim gospodarskim subjektima,</w:t>
      </w:r>
    </w:p>
    <w:p w14:paraId="362E7E7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3. postupci procijenjene vrijednosti veće od 15.000,00 eura, a manje ili jednake 25.000,00</w:t>
      </w:r>
    </w:p>
    <w:p w14:paraId="30B6A98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eura za robe i usluge, odnosno manje ili jednake 45.000,00 eura za radove, postupci nabave u</w:t>
      </w:r>
    </w:p>
    <w:p w14:paraId="6A922AA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modulu jednostavne nabave EOJN RH s pozivom odabranim gospodarskim subjektima,</w:t>
      </w:r>
    </w:p>
    <w:p w14:paraId="047C4D7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4. postupci procijenjene vrijednosti veće od 25.000,00 eura i manje od 50.000,00 eura za robe</w:t>
      </w:r>
    </w:p>
    <w:p w14:paraId="2FB4E2E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i usluge, odnosno veće od 45.000,00 eura i manje od 100.000,00 eura za radove, postupci s</w:t>
      </w:r>
    </w:p>
    <w:p w14:paraId="497106B1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obveznom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javnom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objavom</w:t>
      </w:r>
      <w:proofErr w:type="spellEnd"/>
      <w:r w:rsidRPr="00FB384A">
        <w:rPr>
          <w:sz w:val="24"/>
          <w:szCs w:val="24"/>
        </w:rPr>
        <w:t xml:space="preserve"> u </w:t>
      </w:r>
      <w:proofErr w:type="spellStart"/>
      <w:r w:rsidRPr="00FB384A">
        <w:rPr>
          <w:sz w:val="24"/>
          <w:szCs w:val="24"/>
        </w:rPr>
        <w:t>modulu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jednostavne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nabave</w:t>
      </w:r>
      <w:proofErr w:type="spellEnd"/>
      <w:r w:rsidRPr="00FB384A">
        <w:rPr>
          <w:sz w:val="24"/>
          <w:szCs w:val="24"/>
        </w:rPr>
        <w:t xml:space="preserve"> EOJN RH.</w:t>
      </w:r>
    </w:p>
    <w:p w14:paraId="101A812E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63DA831F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V. </w:t>
      </w:r>
      <w:proofErr w:type="spellStart"/>
      <w:r w:rsidRPr="00FB384A">
        <w:rPr>
          <w:b/>
          <w:sz w:val="24"/>
          <w:szCs w:val="24"/>
        </w:rPr>
        <w:t>Provedba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postupaka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jednostavne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nabave</w:t>
      </w:r>
      <w:proofErr w:type="spellEnd"/>
    </w:p>
    <w:p w14:paraId="50E52C0E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02D7EF3B" w14:textId="77777777" w:rsidR="00203126" w:rsidRPr="00FB384A" w:rsidRDefault="00111992" w:rsidP="00FB384A">
      <w:pPr>
        <w:spacing w:after="0" w:line="240" w:lineRule="auto"/>
        <w:jc w:val="both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>1. Provedba postupka jednostavne nabave procijenjene vrijednosti manje od 5.000,00</w:t>
      </w:r>
    </w:p>
    <w:p w14:paraId="31014B41" w14:textId="77777777" w:rsidR="00203126" w:rsidRPr="00FB384A" w:rsidRDefault="00FB384A" w:rsidP="00FB384A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e</w:t>
      </w:r>
      <w:r w:rsidR="00111992" w:rsidRPr="00FB384A">
        <w:rPr>
          <w:b/>
          <w:sz w:val="24"/>
          <w:szCs w:val="24"/>
        </w:rPr>
        <w:t>ura</w:t>
      </w:r>
      <w:proofErr w:type="spellEnd"/>
      <w:r w:rsidRPr="00FB384A">
        <w:rPr>
          <w:b/>
          <w:sz w:val="24"/>
          <w:szCs w:val="24"/>
        </w:rPr>
        <w:t>.</w:t>
      </w:r>
    </w:p>
    <w:p w14:paraId="19B0C586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2D96660B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6.</w:t>
      </w:r>
    </w:p>
    <w:p w14:paraId="7DD58EF5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04DA3A7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Postupak jednostavne nabave procijenjene vrijednosti manje od 5.000,00 eura (bez PDV-</w:t>
      </w:r>
    </w:p>
    <w:p w14:paraId="43021C5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a) Škola provodi izdavanjem narudžbenice sukladno Odluci o proceduri izdavanja</w:t>
      </w:r>
    </w:p>
    <w:p w14:paraId="4305C3B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narudžbenica ili potpisivanjem ugovora s jednim gospodarskim subjektom po vlastitom</w:t>
      </w:r>
    </w:p>
    <w:p w14:paraId="4F313CD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izboru sukladno Proceduri stvaranja ugovornih obveza.</w:t>
      </w:r>
    </w:p>
    <w:p w14:paraId="2EF7A7EC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(2) </w:t>
      </w:r>
      <w:proofErr w:type="spellStart"/>
      <w:r w:rsidRPr="00FB384A">
        <w:rPr>
          <w:sz w:val="24"/>
          <w:szCs w:val="24"/>
        </w:rPr>
        <w:t>Narudžbenicu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izdaje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potpisuje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ravnatelj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Škole</w:t>
      </w:r>
      <w:proofErr w:type="spellEnd"/>
      <w:r w:rsidRPr="00FB384A">
        <w:rPr>
          <w:sz w:val="24"/>
          <w:szCs w:val="24"/>
        </w:rPr>
        <w:t xml:space="preserve">, a </w:t>
      </w:r>
      <w:proofErr w:type="spellStart"/>
      <w:r w:rsidRPr="00FB384A">
        <w:rPr>
          <w:sz w:val="24"/>
          <w:szCs w:val="24"/>
        </w:rPr>
        <w:t>ugovore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potpisuje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ravnatelj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Škole</w:t>
      </w:r>
      <w:proofErr w:type="spellEnd"/>
      <w:r w:rsidRPr="00FB384A">
        <w:rPr>
          <w:sz w:val="24"/>
          <w:szCs w:val="24"/>
        </w:rPr>
        <w:t>.</w:t>
      </w:r>
    </w:p>
    <w:p w14:paraId="6DF1DBD4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728B3EB6" w14:textId="77777777" w:rsidR="00203126" w:rsidRPr="00FB384A" w:rsidRDefault="00111992" w:rsidP="00FB384A">
      <w:pPr>
        <w:spacing w:after="0" w:line="240" w:lineRule="auto"/>
        <w:jc w:val="both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2. Provedba </w:t>
      </w:r>
      <w:proofErr w:type="gramStart"/>
      <w:r w:rsidRPr="00FB384A">
        <w:rPr>
          <w:b/>
          <w:sz w:val="24"/>
          <w:szCs w:val="24"/>
        </w:rPr>
        <w:t>postupka  jednostavne</w:t>
      </w:r>
      <w:proofErr w:type="gramEnd"/>
      <w:r w:rsidRPr="00FB384A">
        <w:rPr>
          <w:b/>
          <w:sz w:val="24"/>
          <w:szCs w:val="24"/>
        </w:rPr>
        <w:t xml:space="preserve"> nabave procijenjene vrijednosti jednake ili veće</w:t>
      </w:r>
    </w:p>
    <w:p w14:paraId="62F1BF21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b/>
          <w:sz w:val="24"/>
          <w:szCs w:val="24"/>
        </w:rPr>
        <w:t xml:space="preserve">od 5.000,00 </w:t>
      </w:r>
      <w:proofErr w:type="spellStart"/>
      <w:r w:rsidRPr="00FB384A">
        <w:rPr>
          <w:b/>
          <w:sz w:val="24"/>
          <w:szCs w:val="24"/>
        </w:rPr>
        <w:t>eura</w:t>
      </w:r>
      <w:proofErr w:type="spellEnd"/>
      <w:r w:rsidRPr="00FB384A">
        <w:rPr>
          <w:b/>
          <w:sz w:val="24"/>
          <w:szCs w:val="24"/>
        </w:rPr>
        <w:t xml:space="preserve">, a </w:t>
      </w:r>
      <w:proofErr w:type="spellStart"/>
      <w:r w:rsidRPr="00FB384A">
        <w:rPr>
          <w:b/>
          <w:sz w:val="24"/>
          <w:szCs w:val="24"/>
        </w:rPr>
        <w:t>manje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ili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jednake</w:t>
      </w:r>
      <w:proofErr w:type="spellEnd"/>
      <w:r w:rsidRPr="00FB384A">
        <w:rPr>
          <w:b/>
          <w:sz w:val="24"/>
          <w:szCs w:val="24"/>
        </w:rPr>
        <w:t xml:space="preserve"> 15.000,00 </w:t>
      </w:r>
      <w:proofErr w:type="spellStart"/>
      <w:r w:rsidRPr="00FB384A">
        <w:rPr>
          <w:b/>
          <w:sz w:val="24"/>
          <w:szCs w:val="24"/>
        </w:rPr>
        <w:t>eura</w:t>
      </w:r>
      <w:proofErr w:type="spellEnd"/>
      <w:r w:rsidR="00FB384A">
        <w:rPr>
          <w:sz w:val="24"/>
          <w:szCs w:val="24"/>
        </w:rPr>
        <w:t>.</w:t>
      </w:r>
    </w:p>
    <w:p w14:paraId="6F3E4E4B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444E965F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7.</w:t>
      </w:r>
    </w:p>
    <w:p w14:paraId="15EB8F8F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08EF1AA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Postupak jednostavne nabave procijenjene vrijednosti jednake ili veće od 5.000,00 eura, a</w:t>
      </w:r>
    </w:p>
    <w:p w14:paraId="57DE008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manje ili jednake 15.000,00 </w:t>
      </w:r>
      <w:proofErr w:type="gramStart"/>
      <w:r w:rsidRPr="00FB384A">
        <w:rPr>
          <w:sz w:val="24"/>
          <w:szCs w:val="24"/>
        </w:rPr>
        <w:t>eura  provodi</w:t>
      </w:r>
      <w:proofErr w:type="gramEnd"/>
      <w:r w:rsidRPr="00FB384A">
        <w:rPr>
          <w:sz w:val="24"/>
          <w:szCs w:val="24"/>
        </w:rPr>
        <w:t xml:space="preserve"> ravnatelj Škole s pozivom za dostavu ponuda od</w:t>
      </w:r>
    </w:p>
    <w:p w14:paraId="7AC7646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najmanje tri (3) gospodarska subjekta po vlastitom izboru.</w:t>
      </w:r>
    </w:p>
    <w:p w14:paraId="4E62CA8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Poziv za dostavu ponuda može se uputiti poštom, elektroničkom poštom, a može se</w:t>
      </w:r>
    </w:p>
    <w:p w14:paraId="3F01AA6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objaviti i na mrežnoj stranici Škole ili </w:t>
      </w:r>
      <w:proofErr w:type="gramStart"/>
      <w:r w:rsidRPr="00FB384A">
        <w:rPr>
          <w:sz w:val="24"/>
          <w:szCs w:val="24"/>
        </w:rPr>
        <w:t>putem  modula</w:t>
      </w:r>
      <w:proofErr w:type="gramEnd"/>
      <w:r w:rsidRPr="00FB384A">
        <w:rPr>
          <w:sz w:val="24"/>
          <w:szCs w:val="24"/>
        </w:rPr>
        <w:t xml:space="preserve"> jednostavne nabave u EOJN RH.</w:t>
      </w:r>
    </w:p>
    <w:p w14:paraId="3DF27B0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Na provođenje ovog postupka primjenjuje se Odluka o proceduri izdavanja narudžbenica</w:t>
      </w:r>
    </w:p>
    <w:p w14:paraId="1A664D9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i Procedura stvaranja ugovornih obveza.</w:t>
      </w:r>
    </w:p>
    <w:p w14:paraId="61BBDE2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(4) Odluku o odabiru ili poništenju postupka donosi ravnatelj Škole.</w:t>
      </w:r>
    </w:p>
    <w:p w14:paraId="7F46ED8F" w14:textId="77777777" w:rsidR="00203126" w:rsidRPr="00FB384A" w:rsidRDefault="00111992" w:rsidP="00FB384A">
      <w:pPr>
        <w:spacing w:after="0" w:line="240" w:lineRule="auto"/>
        <w:rPr>
          <w:sz w:val="24"/>
          <w:szCs w:val="24"/>
        </w:rPr>
      </w:pPr>
      <w:r w:rsidRPr="00FB384A">
        <w:rPr>
          <w:sz w:val="24"/>
          <w:szCs w:val="24"/>
        </w:rPr>
        <w:br w:type="page"/>
      </w:r>
    </w:p>
    <w:p w14:paraId="5F149443" w14:textId="77777777" w:rsidR="00203126" w:rsidRPr="00FB384A" w:rsidRDefault="00111992" w:rsidP="00FB384A">
      <w:pPr>
        <w:spacing w:after="0" w:line="240" w:lineRule="auto"/>
        <w:jc w:val="both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lastRenderedPageBreak/>
        <w:t xml:space="preserve">3.  Provedba </w:t>
      </w:r>
      <w:proofErr w:type="gramStart"/>
      <w:r w:rsidRPr="00FB384A">
        <w:rPr>
          <w:b/>
          <w:sz w:val="24"/>
          <w:szCs w:val="24"/>
        </w:rPr>
        <w:t>postupka  jednostavne</w:t>
      </w:r>
      <w:proofErr w:type="gramEnd"/>
      <w:r w:rsidRPr="00FB384A">
        <w:rPr>
          <w:b/>
          <w:sz w:val="24"/>
          <w:szCs w:val="24"/>
        </w:rPr>
        <w:t xml:space="preserve"> nabave procijenjene vrijednosti veće od 15.000,00</w:t>
      </w:r>
    </w:p>
    <w:p w14:paraId="3388BE5C" w14:textId="77777777" w:rsidR="00203126" w:rsidRPr="00FB384A" w:rsidRDefault="00111992" w:rsidP="00FB384A">
      <w:pPr>
        <w:spacing w:after="0" w:line="240" w:lineRule="auto"/>
        <w:jc w:val="both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>eura</w:t>
      </w:r>
    </w:p>
    <w:p w14:paraId="1FFB981B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8.</w:t>
      </w:r>
    </w:p>
    <w:p w14:paraId="1206FEA1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3163308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Postupak jednostavne nabave procijenjene vrijednosti veće od 15.000,00 eura, a manje ili</w:t>
      </w:r>
    </w:p>
    <w:p w14:paraId="4549237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jednake 25.000,00 eura za robe i usluge, odnosno manje ili jednake 45.000,00 eura za radove,</w:t>
      </w:r>
    </w:p>
    <w:p w14:paraId="21E2CBE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Škola je obvezna provodi putem modula jednostavne nabave u EOJN RH, slanjem poziva na</w:t>
      </w:r>
    </w:p>
    <w:p w14:paraId="14B5027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dostavu ponude najmanje trima (3) gospodarskim subjektima po vlastitom izboru.</w:t>
      </w:r>
    </w:p>
    <w:p w14:paraId="7F2C1C6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Postupak jednostavne nabave procijenjene vrijednosti veće od 25.000,00 eura i manje od</w:t>
      </w:r>
    </w:p>
    <w:p w14:paraId="5A4B0D8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50.000,00 eura za robe i usluge, odnosno veće od 45.000,00 eura i manje od 100.000,00 eura</w:t>
      </w:r>
    </w:p>
    <w:p w14:paraId="0C522FF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za radove, Škola je </w:t>
      </w:r>
      <w:proofErr w:type="gramStart"/>
      <w:r w:rsidRPr="00FB384A">
        <w:rPr>
          <w:sz w:val="24"/>
          <w:szCs w:val="24"/>
        </w:rPr>
        <w:t>obvezna  provesti</w:t>
      </w:r>
      <w:proofErr w:type="gramEnd"/>
      <w:r w:rsidRPr="00FB384A">
        <w:rPr>
          <w:sz w:val="24"/>
          <w:szCs w:val="24"/>
        </w:rPr>
        <w:t xml:space="preserve"> putem javne objave u modulu jednostavne nabave</w:t>
      </w:r>
    </w:p>
    <w:p w14:paraId="4805B964" w14:textId="77777777" w:rsidR="00203126" w:rsidRPr="00FB384A" w:rsidRDefault="00111992" w:rsidP="00FB384A">
      <w:pPr>
        <w:spacing w:after="0" w:line="240" w:lineRule="auto"/>
        <w:rPr>
          <w:sz w:val="24"/>
          <w:szCs w:val="24"/>
        </w:rPr>
      </w:pPr>
      <w:r w:rsidRPr="00FB384A">
        <w:rPr>
          <w:sz w:val="24"/>
          <w:szCs w:val="24"/>
        </w:rPr>
        <w:t>EOJN RH.</w:t>
      </w:r>
    </w:p>
    <w:p w14:paraId="1EA61BC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Iznimno od stavka 2. ovoga članka, Škola nije obvezna provesti postupak jednostavne</w:t>
      </w:r>
    </w:p>
    <w:p w14:paraId="6585659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nabave putem javne objave u modulu jednostavne nabave EOJN RH, već ga provodi sukladno</w:t>
      </w:r>
    </w:p>
    <w:p w14:paraId="4996E45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stavku 1. ovoga članka:</w:t>
      </w:r>
    </w:p>
    <w:p w14:paraId="3CC39874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11992" w:rsidRPr="00FB384A">
        <w:rPr>
          <w:sz w:val="24"/>
          <w:szCs w:val="24"/>
        </w:rPr>
        <w:t xml:space="preserve">a) </w:t>
      </w:r>
      <w:proofErr w:type="spellStart"/>
      <w:r w:rsidR="00111992" w:rsidRPr="00FB384A">
        <w:rPr>
          <w:sz w:val="24"/>
          <w:szCs w:val="24"/>
        </w:rPr>
        <w:t>ako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nije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podnesena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nijedna</w:t>
      </w:r>
      <w:proofErr w:type="spellEnd"/>
      <w:r w:rsidR="00111992" w:rsidRPr="00FB384A">
        <w:rPr>
          <w:sz w:val="24"/>
          <w:szCs w:val="24"/>
        </w:rPr>
        <w:t xml:space="preserve"> ponuda ili nijedna valjana ponuda u prethodno provedenom</w:t>
      </w:r>
    </w:p>
    <w:p w14:paraId="36BC7DB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postupku jednostavne nabave, pod uvjetom da početni ugovorni uvjeti nisu bitno izmijenjeni</w:t>
      </w:r>
    </w:p>
    <w:p w14:paraId="782FE50A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11992" w:rsidRPr="00FB384A">
        <w:rPr>
          <w:sz w:val="24"/>
          <w:szCs w:val="24"/>
        </w:rPr>
        <w:t xml:space="preserve">b) </w:t>
      </w:r>
      <w:proofErr w:type="spellStart"/>
      <w:r w:rsidR="00111992" w:rsidRPr="00FB384A">
        <w:rPr>
          <w:sz w:val="24"/>
          <w:szCs w:val="24"/>
        </w:rPr>
        <w:t>ako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zbog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objektivnih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razloga</w:t>
      </w:r>
      <w:proofErr w:type="spellEnd"/>
      <w:r w:rsidR="00111992" w:rsidRPr="00FB384A">
        <w:rPr>
          <w:sz w:val="24"/>
          <w:szCs w:val="24"/>
        </w:rPr>
        <w:t xml:space="preserve"> predmet nabave može izvršiti, isporučiti ili pružiti samo</w:t>
      </w:r>
    </w:p>
    <w:p w14:paraId="6072B1BC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određeni gospodarski subjekt, i to:</w:t>
      </w:r>
    </w:p>
    <w:p w14:paraId="2B1951F0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11992" w:rsidRPr="00FB384A">
        <w:rPr>
          <w:sz w:val="24"/>
          <w:szCs w:val="24"/>
        </w:rPr>
        <w:t>1. ako je predmet nabave stvaranje ili stjecanje jedinstvenog umjetničkog djela ili</w:t>
      </w:r>
    </w:p>
    <w:p w14:paraId="0569397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umjetničke izvedbe</w:t>
      </w:r>
    </w:p>
    <w:p w14:paraId="30CE0C1B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11992" w:rsidRPr="00FB384A">
        <w:rPr>
          <w:sz w:val="24"/>
          <w:szCs w:val="24"/>
        </w:rPr>
        <w:t>2. ako iz tehničkih razloga predmet nabave može isporučiti samo određeni gospodarski</w:t>
      </w:r>
    </w:p>
    <w:p w14:paraId="6BB3300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subjekt ili</w:t>
      </w:r>
    </w:p>
    <w:p w14:paraId="5446CD5E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111992" w:rsidRPr="00FB384A">
        <w:rPr>
          <w:sz w:val="24"/>
          <w:szCs w:val="24"/>
        </w:rPr>
        <w:t>3. ako je to nužno radi zaštite isključivih prava, uključujući prava intelektualnog</w:t>
      </w:r>
    </w:p>
    <w:p w14:paraId="3B4171F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vlasništva</w:t>
      </w:r>
    </w:p>
    <w:p w14:paraId="58BE7410" w14:textId="77777777" w:rsidR="00203126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111992" w:rsidRPr="00FB384A">
        <w:rPr>
          <w:sz w:val="24"/>
          <w:szCs w:val="24"/>
        </w:rPr>
        <w:t xml:space="preserve">c) </w:t>
      </w:r>
      <w:proofErr w:type="spellStart"/>
      <w:r w:rsidR="00111992" w:rsidRPr="00FB384A">
        <w:rPr>
          <w:sz w:val="24"/>
          <w:szCs w:val="24"/>
        </w:rPr>
        <w:t>ako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postoji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iznimna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žurnost</w:t>
      </w:r>
      <w:proofErr w:type="spellEnd"/>
      <w:r w:rsidR="00111992" w:rsidRPr="00FB384A">
        <w:rPr>
          <w:sz w:val="24"/>
          <w:szCs w:val="24"/>
        </w:rPr>
        <w:t xml:space="preserve"> uzrokovana događajima koje naručitelj nije mogao</w:t>
      </w:r>
    </w:p>
    <w:p w14:paraId="1D77676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predvidjeti niti na njih utjecati.</w:t>
      </w:r>
    </w:p>
    <w:p w14:paraId="08C688E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(4) Razlozi za primjenu iznimke iz stavka 2. ovoga članka navode se i obrazlažu u objavi u</w:t>
      </w:r>
    </w:p>
    <w:p w14:paraId="437DC487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modulu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jednostavne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nabave</w:t>
      </w:r>
      <w:proofErr w:type="spellEnd"/>
      <w:r w:rsidRPr="00FB384A">
        <w:rPr>
          <w:sz w:val="24"/>
          <w:szCs w:val="24"/>
        </w:rPr>
        <w:t xml:space="preserve"> EOJN RH.</w:t>
      </w:r>
    </w:p>
    <w:p w14:paraId="4AE95000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73AEEB7C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9.</w:t>
      </w:r>
    </w:p>
    <w:p w14:paraId="188CEBEF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7143FB4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(1) Prije pokretanja </w:t>
      </w:r>
      <w:proofErr w:type="gramStart"/>
      <w:r w:rsidRPr="00FB384A">
        <w:rPr>
          <w:sz w:val="24"/>
          <w:szCs w:val="24"/>
        </w:rPr>
        <w:t>postupka  jednostavne</w:t>
      </w:r>
      <w:proofErr w:type="gramEnd"/>
      <w:r w:rsidRPr="00FB384A">
        <w:rPr>
          <w:sz w:val="24"/>
          <w:szCs w:val="24"/>
        </w:rPr>
        <w:t xml:space="preserve"> nabave iz članaka 8. ovoga Pravilnika ravnatelj</w:t>
      </w:r>
    </w:p>
    <w:p w14:paraId="580BA94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donosi Odluku o </w:t>
      </w:r>
      <w:proofErr w:type="gramStart"/>
      <w:r w:rsidRPr="00FB384A">
        <w:rPr>
          <w:sz w:val="24"/>
          <w:szCs w:val="24"/>
        </w:rPr>
        <w:t>imenovanju  Povjerenstva</w:t>
      </w:r>
      <w:proofErr w:type="gramEnd"/>
      <w:r w:rsidRPr="00FB384A">
        <w:rPr>
          <w:sz w:val="24"/>
          <w:szCs w:val="24"/>
        </w:rPr>
        <w:t xml:space="preserve"> za provedbu postupka jednostavne nabave (dalje u</w:t>
      </w:r>
    </w:p>
    <w:p w14:paraId="52693A7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tekstu: Povjerenstvo), koje mora imati tri člana, od kojih jedan član može imati važeći</w:t>
      </w:r>
    </w:p>
    <w:p w14:paraId="29F5D4B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certifikat u području javne nabave.</w:t>
      </w:r>
    </w:p>
    <w:p w14:paraId="56EEE56C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Ravnatelj je predsjednik Povjerenstva.</w:t>
      </w:r>
    </w:p>
    <w:p w14:paraId="25E431C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(3) </w:t>
      </w:r>
      <w:proofErr w:type="gramStart"/>
      <w:r w:rsidRPr="00FB384A">
        <w:rPr>
          <w:sz w:val="24"/>
          <w:szCs w:val="24"/>
        </w:rPr>
        <w:t>Članovi  Povjerenstava</w:t>
      </w:r>
      <w:proofErr w:type="gramEnd"/>
      <w:r w:rsidRPr="00FB384A">
        <w:rPr>
          <w:sz w:val="24"/>
          <w:szCs w:val="24"/>
        </w:rPr>
        <w:t xml:space="preserve"> ne moraju biti zaposlenici Škole.</w:t>
      </w:r>
    </w:p>
    <w:p w14:paraId="3E55AAEE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(4) </w:t>
      </w:r>
      <w:proofErr w:type="spellStart"/>
      <w:r w:rsidRPr="00FB384A">
        <w:rPr>
          <w:sz w:val="24"/>
          <w:szCs w:val="24"/>
        </w:rPr>
        <w:t>Odluku</w:t>
      </w:r>
      <w:proofErr w:type="spellEnd"/>
      <w:r w:rsidRPr="00FB384A">
        <w:rPr>
          <w:sz w:val="24"/>
          <w:szCs w:val="24"/>
        </w:rPr>
        <w:t xml:space="preserve"> o </w:t>
      </w:r>
      <w:proofErr w:type="spellStart"/>
      <w:proofErr w:type="gramStart"/>
      <w:r w:rsidRPr="00FB384A">
        <w:rPr>
          <w:sz w:val="24"/>
          <w:szCs w:val="24"/>
        </w:rPr>
        <w:t>odabiru</w:t>
      </w:r>
      <w:proofErr w:type="spellEnd"/>
      <w:r w:rsidRPr="00FB384A">
        <w:rPr>
          <w:sz w:val="24"/>
          <w:szCs w:val="24"/>
        </w:rPr>
        <w:t xml:space="preserve">  </w:t>
      </w:r>
      <w:proofErr w:type="spellStart"/>
      <w:r w:rsidRPr="00FB384A">
        <w:rPr>
          <w:sz w:val="24"/>
          <w:szCs w:val="24"/>
        </w:rPr>
        <w:t>ponude</w:t>
      </w:r>
      <w:proofErr w:type="spellEnd"/>
      <w:proofErr w:type="gram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donosi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Školski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odbor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prijedlog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Povjerenstva</w:t>
      </w:r>
      <w:proofErr w:type="spellEnd"/>
      <w:r w:rsidRPr="00FB384A">
        <w:rPr>
          <w:sz w:val="24"/>
          <w:szCs w:val="24"/>
        </w:rPr>
        <w:t>.</w:t>
      </w:r>
    </w:p>
    <w:p w14:paraId="778B42ED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34936F77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10.</w:t>
      </w:r>
    </w:p>
    <w:p w14:paraId="1727FB54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73E189D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Povjerenstvo obavlja slijedeće poslove:</w:t>
      </w:r>
    </w:p>
    <w:p w14:paraId="2E723CD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- priprema i provodi postupak jednostavne nabave,</w:t>
      </w:r>
    </w:p>
    <w:p w14:paraId="6F9523C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- utvrđuje sadržaj poziva na dostavu ponuda,</w:t>
      </w:r>
    </w:p>
    <w:p w14:paraId="478A660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- upućuje poziv na dostavu ponuda putem modula jednostavne nabave u EOJN RH, odnosno</w:t>
      </w:r>
    </w:p>
    <w:p w14:paraId="2379FC2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putem javne objave kada je to obvezno sukladno članku 8. ovoga Pravilnika,</w:t>
      </w:r>
    </w:p>
    <w:p w14:paraId="19CA5E0D" w14:textId="77777777" w:rsidR="00203126" w:rsidRPr="00FB384A" w:rsidRDefault="00111992" w:rsidP="00FB384A">
      <w:pPr>
        <w:spacing w:after="0" w:line="240" w:lineRule="auto"/>
        <w:rPr>
          <w:sz w:val="24"/>
          <w:szCs w:val="24"/>
        </w:rPr>
      </w:pPr>
      <w:r w:rsidRPr="00FB384A">
        <w:rPr>
          <w:sz w:val="24"/>
          <w:szCs w:val="24"/>
        </w:rPr>
        <w:br w:type="page"/>
      </w:r>
    </w:p>
    <w:p w14:paraId="0386C6F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lastRenderedPageBreak/>
        <w:t>- otvara i pregledava pristigle ponude nakon isteka roka za dostavu ponuda,</w:t>
      </w:r>
    </w:p>
    <w:p w14:paraId="648B5B4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- sastavlja zapisnik o otvaranju, pregledu i ocjeni ponuda i utvrđuje prijedlog odluke o odabiru</w:t>
      </w:r>
    </w:p>
    <w:p w14:paraId="51389392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 w:rsidRPr="00FB384A">
        <w:rPr>
          <w:sz w:val="24"/>
          <w:szCs w:val="24"/>
        </w:rPr>
        <w:t>te</w:t>
      </w:r>
      <w:proofErr w:type="spellEnd"/>
      <w:r w:rsidRPr="00FB384A">
        <w:rPr>
          <w:sz w:val="24"/>
          <w:szCs w:val="24"/>
        </w:rPr>
        <w:t xml:space="preserve">  </w:t>
      </w:r>
      <w:proofErr w:type="spellStart"/>
      <w:r w:rsidRPr="00FB384A">
        <w:rPr>
          <w:sz w:val="24"/>
          <w:szCs w:val="24"/>
        </w:rPr>
        <w:t>zajedno</w:t>
      </w:r>
      <w:proofErr w:type="spellEnd"/>
      <w:proofErr w:type="gramEnd"/>
      <w:r w:rsidRPr="00FB384A">
        <w:rPr>
          <w:sz w:val="24"/>
          <w:szCs w:val="24"/>
        </w:rPr>
        <w:t xml:space="preserve"> s </w:t>
      </w:r>
      <w:proofErr w:type="spellStart"/>
      <w:r w:rsidRPr="00FB384A">
        <w:rPr>
          <w:sz w:val="24"/>
          <w:szCs w:val="24"/>
        </w:rPr>
        <w:t>ponudama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dostavlja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Školskom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odboru</w:t>
      </w:r>
      <w:proofErr w:type="spellEnd"/>
      <w:r w:rsidRPr="00FB384A">
        <w:rPr>
          <w:sz w:val="24"/>
          <w:szCs w:val="24"/>
        </w:rPr>
        <w:t>.</w:t>
      </w:r>
    </w:p>
    <w:p w14:paraId="02822268" w14:textId="77777777" w:rsidR="00FB384A" w:rsidRPr="00FB384A" w:rsidRDefault="00FB384A" w:rsidP="00FB384A">
      <w:pPr>
        <w:spacing w:after="0" w:line="240" w:lineRule="auto"/>
        <w:jc w:val="both"/>
        <w:rPr>
          <w:sz w:val="24"/>
          <w:szCs w:val="24"/>
        </w:rPr>
      </w:pPr>
    </w:p>
    <w:p w14:paraId="556EA581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11.</w:t>
      </w:r>
    </w:p>
    <w:p w14:paraId="10D028C6" w14:textId="77777777" w:rsidR="00FB384A" w:rsidRPr="00FB384A" w:rsidRDefault="00FB384A" w:rsidP="00FB384A">
      <w:pPr>
        <w:spacing w:after="0" w:line="240" w:lineRule="auto"/>
        <w:jc w:val="center"/>
        <w:rPr>
          <w:sz w:val="24"/>
          <w:szCs w:val="24"/>
        </w:rPr>
      </w:pPr>
    </w:p>
    <w:p w14:paraId="1CB8F56B" w14:textId="77777777" w:rsidR="00FB384A" w:rsidRDefault="00111992" w:rsidP="00FB384A">
      <w:pPr>
        <w:pStyle w:val="Odlomakpopisa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Poziv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dostavu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proofErr w:type="gramStart"/>
      <w:r w:rsidRPr="00FB384A">
        <w:rPr>
          <w:sz w:val="24"/>
          <w:szCs w:val="24"/>
        </w:rPr>
        <w:t>sadrži</w:t>
      </w:r>
      <w:proofErr w:type="spellEnd"/>
      <w:r w:rsidRPr="00FB384A">
        <w:rPr>
          <w:sz w:val="24"/>
          <w:szCs w:val="24"/>
        </w:rPr>
        <w:t xml:space="preserve">  </w:t>
      </w:r>
      <w:proofErr w:type="spellStart"/>
      <w:r w:rsidRPr="00FB384A">
        <w:rPr>
          <w:sz w:val="24"/>
          <w:szCs w:val="24"/>
        </w:rPr>
        <w:t>sljedeće</w:t>
      </w:r>
      <w:proofErr w:type="spellEnd"/>
      <w:proofErr w:type="gram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podatke</w:t>
      </w:r>
      <w:proofErr w:type="spellEnd"/>
      <w:r w:rsidRPr="00FB384A">
        <w:rPr>
          <w:sz w:val="24"/>
          <w:szCs w:val="24"/>
        </w:rPr>
        <w:t>:</w:t>
      </w:r>
    </w:p>
    <w:p w14:paraId="7EABDA44" w14:textId="77777777" w:rsidR="00FB384A" w:rsidRPr="00FB384A" w:rsidRDefault="00FB384A" w:rsidP="00FB384A">
      <w:pPr>
        <w:pStyle w:val="Odlomakpopisa"/>
        <w:spacing w:after="0" w:line="240" w:lineRule="auto"/>
        <w:jc w:val="both"/>
        <w:rPr>
          <w:sz w:val="24"/>
          <w:szCs w:val="24"/>
        </w:rPr>
      </w:pPr>
    </w:p>
    <w:p w14:paraId="21E15F16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naziv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sjedište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proofErr w:type="gramStart"/>
      <w:r w:rsidRPr="00FB384A">
        <w:rPr>
          <w:sz w:val="24"/>
          <w:szCs w:val="24"/>
        </w:rPr>
        <w:t>Škole</w:t>
      </w:r>
      <w:proofErr w:type="spellEnd"/>
      <w:r w:rsidR="00FB384A" w:rsidRPr="00FB384A">
        <w:rPr>
          <w:sz w:val="24"/>
          <w:szCs w:val="24"/>
        </w:rPr>
        <w:t xml:space="preserve"> </w:t>
      </w:r>
      <w:r w:rsidRPr="00FB384A">
        <w:rPr>
          <w:sz w:val="24"/>
          <w:szCs w:val="24"/>
        </w:rPr>
        <w:t>,</w:t>
      </w:r>
      <w:proofErr w:type="gramEnd"/>
    </w:p>
    <w:p w14:paraId="5E09968C" w14:textId="77777777" w:rsidR="00203126" w:rsidRPr="00FB384A" w:rsidRDefault="00FB384A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</w:t>
      </w:r>
      <w:r w:rsidR="00111992" w:rsidRPr="00FB384A">
        <w:rPr>
          <w:sz w:val="24"/>
          <w:szCs w:val="24"/>
        </w:rPr>
        <w:t>pis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predmeta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nabave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i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tehničke</w:t>
      </w:r>
      <w:proofErr w:type="spellEnd"/>
      <w:r w:rsidR="00111992" w:rsidRPr="00FB384A">
        <w:rPr>
          <w:sz w:val="24"/>
          <w:szCs w:val="24"/>
        </w:rPr>
        <w:t xml:space="preserve"> </w:t>
      </w:r>
      <w:proofErr w:type="spellStart"/>
      <w:r w:rsidR="00111992" w:rsidRPr="00FB384A">
        <w:rPr>
          <w:sz w:val="24"/>
          <w:szCs w:val="24"/>
        </w:rPr>
        <w:t>specifikacije</w:t>
      </w:r>
      <w:proofErr w:type="spellEnd"/>
      <w:r w:rsidR="00111992" w:rsidRPr="00FB384A">
        <w:rPr>
          <w:sz w:val="24"/>
          <w:szCs w:val="24"/>
        </w:rPr>
        <w:t>,</w:t>
      </w:r>
    </w:p>
    <w:p w14:paraId="30E1649C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procijenjenu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vrijednost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nabave</w:t>
      </w:r>
      <w:proofErr w:type="spellEnd"/>
      <w:r w:rsidRPr="00FB384A">
        <w:rPr>
          <w:sz w:val="24"/>
          <w:szCs w:val="24"/>
        </w:rPr>
        <w:t>,</w:t>
      </w:r>
    </w:p>
    <w:p w14:paraId="51DD6FCA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kriterije</w:t>
      </w:r>
      <w:proofErr w:type="spellEnd"/>
      <w:r w:rsidRPr="00FB384A">
        <w:rPr>
          <w:sz w:val="24"/>
          <w:szCs w:val="24"/>
        </w:rPr>
        <w:t xml:space="preserve"> za </w:t>
      </w:r>
      <w:proofErr w:type="spellStart"/>
      <w:r w:rsidRPr="00FB384A">
        <w:rPr>
          <w:sz w:val="24"/>
          <w:szCs w:val="24"/>
        </w:rPr>
        <w:t>odabir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ponude</w:t>
      </w:r>
      <w:proofErr w:type="spellEnd"/>
      <w:r w:rsidRPr="00FB384A">
        <w:rPr>
          <w:sz w:val="24"/>
          <w:szCs w:val="24"/>
        </w:rPr>
        <w:t>,</w:t>
      </w:r>
    </w:p>
    <w:p w14:paraId="37167E49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način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uvjete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plaćanja</w:t>
      </w:r>
      <w:proofErr w:type="spellEnd"/>
      <w:r w:rsidRPr="00FB384A">
        <w:rPr>
          <w:sz w:val="24"/>
          <w:szCs w:val="24"/>
        </w:rPr>
        <w:t>,</w:t>
      </w:r>
    </w:p>
    <w:p w14:paraId="74F7918E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uvjete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zahtjeve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koje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ponuditelji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trebaju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ispuniti</w:t>
      </w:r>
      <w:proofErr w:type="spellEnd"/>
      <w:r w:rsidRPr="00FB384A">
        <w:rPr>
          <w:sz w:val="24"/>
          <w:szCs w:val="24"/>
        </w:rPr>
        <w:t xml:space="preserve"> (</w:t>
      </w:r>
      <w:proofErr w:type="spellStart"/>
      <w:r w:rsidRPr="00FB384A">
        <w:rPr>
          <w:sz w:val="24"/>
          <w:szCs w:val="24"/>
        </w:rPr>
        <w:t>ako</w:t>
      </w:r>
      <w:proofErr w:type="spellEnd"/>
      <w:r w:rsidRPr="00FB384A">
        <w:rPr>
          <w:sz w:val="24"/>
          <w:szCs w:val="24"/>
        </w:rPr>
        <w:t xml:space="preserve"> se </w:t>
      </w:r>
      <w:proofErr w:type="spellStart"/>
      <w:r w:rsidRPr="00FB384A">
        <w:rPr>
          <w:sz w:val="24"/>
          <w:szCs w:val="24"/>
        </w:rPr>
        <w:t>traže</w:t>
      </w:r>
      <w:proofErr w:type="spellEnd"/>
      <w:r w:rsidRPr="00FB384A">
        <w:rPr>
          <w:sz w:val="24"/>
          <w:szCs w:val="24"/>
        </w:rPr>
        <w:t>),</w:t>
      </w:r>
    </w:p>
    <w:p w14:paraId="5897E906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rok</w:t>
      </w:r>
      <w:proofErr w:type="spellEnd"/>
      <w:r w:rsidRPr="00FB384A">
        <w:rPr>
          <w:sz w:val="24"/>
          <w:szCs w:val="24"/>
        </w:rPr>
        <w:t xml:space="preserve"> za </w:t>
      </w:r>
      <w:proofErr w:type="spellStart"/>
      <w:proofErr w:type="gramStart"/>
      <w:r w:rsidRPr="00FB384A">
        <w:rPr>
          <w:sz w:val="24"/>
          <w:szCs w:val="24"/>
        </w:rPr>
        <w:t>dostavu</w:t>
      </w:r>
      <w:proofErr w:type="spellEnd"/>
      <w:r w:rsidRPr="00FB384A">
        <w:rPr>
          <w:sz w:val="24"/>
          <w:szCs w:val="24"/>
        </w:rPr>
        <w:t xml:space="preserve">  </w:t>
      </w:r>
      <w:proofErr w:type="spellStart"/>
      <w:r w:rsidRPr="00FB384A">
        <w:rPr>
          <w:sz w:val="24"/>
          <w:szCs w:val="24"/>
        </w:rPr>
        <w:t>ponude</w:t>
      </w:r>
      <w:proofErr w:type="spellEnd"/>
      <w:proofErr w:type="gram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način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dostavljanja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ponude</w:t>
      </w:r>
      <w:proofErr w:type="spellEnd"/>
      <w:r w:rsidRPr="00FB384A">
        <w:rPr>
          <w:sz w:val="24"/>
          <w:szCs w:val="24"/>
        </w:rPr>
        <w:t>,</w:t>
      </w:r>
    </w:p>
    <w:p w14:paraId="56D36F82" w14:textId="77777777" w:rsidR="00203126" w:rsidRPr="00FB384A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kontakt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osobu</w:t>
      </w:r>
      <w:proofErr w:type="spellEnd"/>
      <w:r w:rsidRPr="00FB384A">
        <w:rPr>
          <w:sz w:val="24"/>
          <w:szCs w:val="24"/>
        </w:rPr>
        <w:t>,</w:t>
      </w:r>
    </w:p>
    <w:p w14:paraId="0869B063" w14:textId="77777777" w:rsidR="00203126" w:rsidRDefault="00111992" w:rsidP="00FB384A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broj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telefona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adresu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elektroničke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pošte</w:t>
      </w:r>
      <w:proofErr w:type="spellEnd"/>
      <w:r w:rsidRPr="00FB384A">
        <w:rPr>
          <w:sz w:val="24"/>
          <w:szCs w:val="24"/>
        </w:rPr>
        <w:t>.</w:t>
      </w:r>
    </w:p>
    <w:p w14:paraId="59A0777E" w14:textId="77777777" w:rsidR="00FB384A" w:rsidRPr="00111992" w:rsidRDefault="00FB384A" w:rsidP="00111992">
      <w:pPr>
        <w:spacing w:after="0" w:line="240" w:lineRule="auto"/>
        <w:ind w:left="360"/>
        <w:jc w:val="both"/>
        <w:rPr>
          <w:sz w:val="24"/>
          <w:szCs w:val="24"/>
        </w:rPr>
      </w:pPr>
    </w:p>
    <w:p w14:paraId="7C14F91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(2) Osim obveznog sadržaja iz stavka 1. ovog članka, </w:t>
      </w:r>
      <w:proofErr w:type="gramStart"/>
      <w:r w:rsidRPr="00FB384A">
        <w:rPr>
          <w:sz w:val="24"/>
          <w:szCs w:val="24"/>
        </w:rPr>
        <w:t>a</w:t>
      </w:r>
      <w:proofErr w:type="gramEnd"/>
      <w:r w:rsidRPr="00FB384A">
        <w:rPr>
          <w:sz w:val="24"/>
          <w:szCs w:val="24"/>
        </w:rPr>
        <w:t xml:space="preserve"> ovisno o složenosti i vrijednosti</w:t>
      </w:r>
    </w:p>
    <w:p w14:paraId="4BA4927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predmeta nabave, </w:t>
      </w:r>
      <w:proofErr w:type="gramStart"/>
      <w:r w:rsidRPr="00FB384A">
        <w:rPr>
          <w:sz w:val="24"/>
          <w:szCs w:val="24"/>
        </w:rPr>
        <w:t>Povjerenstvo  može</w:t>
      </w:r>
      <w:proofErr w:type="gramEnd"/>
      <w:r w:rsidRPr="00FB384A">
        <w:rPr>
          <w:sz w:val="24"/>
          <w:szCs w:val="24"/>
        </w:rPr>
        <w:t xml:space="preserve"> u pozivu na dostavu ponuda zatražiti i:</w:t>
      </w:r>
    </w:p>
    <w:p w14:paraId="0392BD9D" w14:textId="77777777" w:rsidR="00203126" w:rsidRPr="00FB384A" w:rsidRDefault="00203126" w:rsidP="00FB384A">
      <w:pPr>
        <w:spacing w:after="0" w:line="240" w:lineRule="auto"/>
        <w:jc w:val="both"/>
        <w:rPr>
          <w:sz w:val="24"/>
          <w:szCs w:val="24"/>
        </w:rPr>
      </w:pPr>
    </w:p>
    <w:p w14:paraId="2F80EB3B" w14:textId="77777777" w:rsidR="00203126" w:rsidRPr="00111992" w:rsidRDefault="00111992" w:rsidP="0011199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dokaz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pravne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i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poslovne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sposobnosti</w:t>
      </w:r>
      <w:proofErr w:type="spellEnd"/>
      <w:r w:rsidRPr="00111992">
        <w:rPr>
          <w:sz w:val="24"/>
          <w:szCs w:val="24"/>
        </w:rPr>
        <w:t>,</w:t>
      </w:r>
    </w:p>
    <w:p w14:paraId="7FCCFCF0" w14:textId="77777777" w:rsidR="00203126" w:rsidRPr="00111992" w:rsidRDefault="00111992" w:rsidP="0011199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dokaz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financijske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sposobnosti</w:t>
      </w:r>
      <w:proofErr w:type="spellEnd"/>
      <w:r w:rsidRPr="00111992">
        <w:rPr>
          <w:sz w:val="24"/>
          <w:szCs w:val="24"/>
        </w:rPr>
        <w:t>,</w:t>
      </w:r>
    </w:p>
    <w:p w14:paraId="76108077" w14:textId="77777777" w:rsidR="00203126" w:rsidRPr="00111992" w:rsidRDefault="00111992" w:rsidP="0011199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dokaz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tehničke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i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stručne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sposobnosti</w:t>
      </w:r>
      <w:proofErr w:type="spellEnd"/>
      <w:r w:rsidRPr="00111992">
        <w:rPr>
          <w:sz w:val="24"/>
          <w:szCs w:val="24"/>
        </w:rPr>
        <w:t>,</w:t>
      </w:r>
    </w:p>
    <w:p w14:paraId="721D4A0A" w14:textId="77777777" w:rsidR="00203126" w:rsidRDefault="00111992" w:rsidP="00111992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jamstvo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sukladno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odredbama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važećih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propisa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iz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područja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javne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nabave</w:t>
      </w:r>
      <w:proofErr w:type="spellEnd"/>
      <w:r w:rsidRPr="00111992">
        <w:rPr>
          <w:sz w:val="24"/>
          <w:szCs w:val="24"/>
        </w:rPr>
        <w:t>.</w:t>
      </w:r>
    </w:p>
    <w:p w14:paraId="68AE68BA" w14:textId="77777777" w:rsidR="00111992" w:rsidRPr="00111992" w:rsidRDefault="00111992" w:rsidP="00111992">
      <w:pPr>
        <w:spacing w:after="0" w:line="240" w:lineRule="auto"/>
        <w:jc w:val="both"/>
        <w:rPr>
          <w:sz w:val="24"/>
          <w:szCs w:val="24"/>
        </w:rPr>
      </w:pPr>
    </w:p>
    <w:p w14:paraId="05F49498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Rok za dostavu ponuda mora biti sukladan složenosti predmeta nabave i vremenu</w:t>
      </w:r>
    </w:p>
    <w:p w14:paraId="12F549B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potrebnom za izradu i predaju ponude, a ne smije biti kraći od 5 dana od dana dostave poziva</w:t>
      </w:r>
    </w:p>
    <w:p w14:paraId="6719915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za dostavu ponuda gospodarskim subjektima ili od </w:t>
      </w:r>
      <w:proofErr w:type="gramStart"/>
      <w:r w:rsidRPr="00FB384A">
        <w:rPr>
          <w:sz w:val="24"/>
          <w:szCs w:val="24"/>
        </w:rPr>
        <w:t>dana  javne</w:t>
      </w:r>
      <w:proofErr w:type="gramEnd"/>
      <w:r w:rsidRPr="00FB384A">
        <w:rPr>
          <w:sz w:val="24"/>
          <w:szCs w:val="24"/>
        </w:rPr>
        <w:t xml:space="preserve"> </w:t>
      </w:r>
      <w:proofErr w:type="gramStart"/>
      <w:r w:rsidRPr="00FB384A">
        <w:rPr>
          <w:sz w:val="24"/>
          <w:szCs w:val="24"/>
        </w:rPr>
        <w:t>objave  u</w:t>
      </w:r>
      <w:proofErr w:type="gramEnd"/>
      <w:r w:rsidRPr="00FB384A">
        <w:rPr>
          <w:sz w:val="24"/>
          <w:szCs w:val="24"/>
        </w:rPr>
        <w:t xml:space="preserve"> modulu jednostavne</w:t>
      </w:r>
    </w:p>
    <w:p w14:paraId="5AE8FE8F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nabave</w:t>
      </w:r>
      <w:proofErr w:type="spellEnd"/>
      <w:r w:rsidRPr="00FB384A">
        <w:rPr>
          <w:sz w:val="24"/>
          <w:szCs w:val="24"/>
        </w:rPr>
        <w:t xml:space="preserve"> EOJN RH.</w:t>
      </w:r>
    </w:p>
    <w:p w14:paraId="377A92E2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7461C742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12.</w:t>
      </w:r>
    </w:p>
    <w:p w14:paraId="6626230A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601B1E68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 Svaka pravodobno dostavljena ponuda upisuje se u urudžbeni zapisnik Škole.</w:t>
      </w:r>
    </w:p>
    <w:p w14:paraId="0B6A6B9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Nakon isteka roka za dostavu ponuda, vrši se otvaranje zaprimljenih ponuda koje nije</w:t>
      </w:r>
    </w:p>
    <w:p w14:paraId="0CADC08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javno.</w:t>
      </w:r>
    </w:p>
    <w:p w14:paraId="00C05BA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Povjerenstvo sastavlja zapisnik o otvaranju, pregledu i ocjeni ponuda, kojim se Školskom</w:t>
      </w:r>
    </w:p>
    <w:p w14:paraId="6E89EB1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odboru predlaže donošenje odluke o odabiru, prema kriterijima za odabir ponude.</w:t>
      </w:r>
    </w:p>
    <w:p w14:paraId="3C0DADA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(4) Za pravovaljani odabir ponuda dovoljna je </w:t>
      </w:r>
      <w:proofErr w:type="gramStart"/>
      <w:r w:rsidRPr="00FB384A">
        <w:rPr>
          <w:sz w:val="24"/>
          <w:szCs w:val="24"/>
        </w:rPr>
        <w:t>jedna  valjana</w:t>
      </w:r>
      <w:proofErr w:type="gramEnd"/>
      <w:r w:rsidRPr="00FB384A">
        <w:rPr>
          <w:sz w:val="24"/>
          <w:szCs w:val="24"/>
        </w:rPr>
        <w:t xml:space="preserve"> ponuda, koja udovoljava svim</w:t>
      </w:r>
    </w:p>
    <w:p w14:paraId="73CA9C54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uvjetima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zahtjevima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navedenim</w:t>
      </w:r>
      <w:proofErr w:type="spellEnd"/>
      <w:r w:rsidRPr="00FB384A">
        <w:rPr>
          <w:sz w:val="24"/>
          <w:szCs w:val="24"/>
        </w:rPr>
        <w:t xml:space="preserve"> u </w:t>
      </w:r>
      <w:proofErr w:type="spellStart"/>
      <w:r w:rsidRPr="00FB384A">
        <w:rPr>
          <w:sz w:val="24"/>
          <w:szCs w:val="24"/>
        </w:rPr>
        <w:t>pozivu</w:t>
      </w:r>
      <w:proofErr w:type="spellEnd"/>
      <w:r w:rsidRPr="00FB384A">
        <w:rPr>
          <w:sz w:val="24"/>
          <w:szCs w:val="24"/>
        </w:rPr>
        <w:t xml:space="preserve"> za </w:t>
      </w:r>
      <w:proofErr w:type="spellStart"/>
      <w:r w:rsidRPr="00FB384A">
        <w:rPr>
          <w:sz w:val="24"/>
          <w:szCs w:val="24"/>
        </w:rPr>
        <w:t>dostavu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ponuda</w:t>
      </w:r>
      <w:proofErr w:type="spellEnd"/>
      <w:r w:rsidRPr="00FB384A">
        <w:rPr>
          <w:sz w:val="24"/>
          <w:szCs w:val="24"/>
        </w:rPr>
        <w:t>.</w:t>
      </w:r>
    </w:p>
    <w:p w14:paraId="3EDC2E1D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1FE1E215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13.</w:t>
      </w:r>
    </w:p>
    <w:p w14:paraId="37AB0769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3748216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O otvaranju, pregledu i ocjeni ponuda Povjerenstvo sastavlja Zapisnik koji sadrži: naziv i</w:t>
      </w:r>
    </w:p>
    <w:p w14:paraId="65377471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sjedište Škole, naziv predmeta nabave, procijenjenu vrijednost nabave, rok za dostavu</w:t>
      </w:r>
    </w:p>
    <w:p w14:paraId="1B7AFA1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ponuda, datum i sat pregleda i ocjene, imena članova povjerenstva, naziv i sjedište</w:t>
      </w:r>
    </w:p>
    <w:p w14:paraId="57D8A1B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ponuditelja, cijenu ponude bez PDV-a i s PDV-om (osim u slučaju ekonomski najpovoljnije</w:t>
      </w:r>
    </w:p>
    <w:p w14:paraId="2CC1ACA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ponude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kada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cijena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nije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jedini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kriterij</w:t>
      </w:r>
      <w:proofErr w:type="spellEnd"/>
      <w:r w:rsidRPr="00FB384A">
        <w:rPr>
          <w:sz w:val="24"/>
          <w:szCs w:val="24"/>
        </w:rPr>
        <w:t xml:space="preserve">), </w:t>
      </w:r>
      <w:proofErr w:type="spellStart"/>
      <w:r w:rsidRPr="00FB384A">
        <w:rPr>
          <w:sz w:val="24"/>
          <w:szCs w:val="24"/>
        </w:rPr>
        <w:t>podatke</w:t>
      </w:r>
      <w:proofErr w:type="spellEnd"/>
      <w:r w:rsidRPr="00FB384A">
        <w:rPr>
          <w:sz w:val="24"/>
          <w:szCs w:val="24"/>
        </w:rPr>
        <w:t xml:space="preserve"> o </w:t>
      </w:r>
      <w:proofErr w:type="spellStart"/>
      <w:r w:rsidRPr="00FB384A">
        <w:rPr>
          <w:sz w:val="24"/>
          <w:szCs w:val="24"/>
        </w:rPr>
        <w:t>pojašnjenju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>/</w:t>
      </w:r>
      <w:proofErr w:type="spellStart"/>
      <w:r w:rsidRPr="00FB384A">
        <w:rPr>
          <w:sz w:val="24"/>
          <w:szCs w:val="24"/>
        </w:rPr>
        <w:t>ili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upotpunjavanju</w:t>
      </w:r>
      <w:proofErr w:type="spellEnd"/>
      <w:r w:rsidRPr="00FB384A">
        <w:rPr>
          <w:sz w:val="24"/>
          <w:szCs w:val="24"/>
        </w:rPr>
        <w:t xml:space="preserve">, </w:t>
      </w:r>
      <w:proofErr w:type="spellStart"/>
      <w:r w:rsidRPr="00FB384A">
        <w:rPr>
          <w:sz w:val="24"/>
          <w:szCs w:val="24"/>
        </w:rPr>
        <w:t>ispunjenje</w:t>
      </w:r>
      <w:proofErr w:type="spellEnd"/>
    </w:p>
    <w:p w14:paraId="1D091FBE" w14:textId="77777777" w:rsidR="00203126" w:rsidRPr="00FB384A" w:rsidRDefault="00111992" w:rsidP="00111992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lastRenderedPageBreak/>
        <w:t>uvjeta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zahtjeva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iz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poziva</w:t>
      </w:r>
      <w:proofErr w:type="spellEnd"/>
      <w:r w:rsidRPr="00FB384A">
        <w:rPr>
          <w:sz w:val="24"/>
          <w:szCs w:val="24"/>
        </w:rPr>
        <w:t xml:space="preserve">, </w:t>
      </w:r>
      <w:proofErr w:type="spellStart"/>
      <w:r w:rsidRPr="00FB384A">
        <w:rPr>
          <w:sz w:val="24"/>
          <w:szCs w:val="24"/>
        </w:rPr>
        <w:t>prikaz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valjanosti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ponuda</w:t>
      </w:r>
      <w:proofErr w:type="spellEnd"/>
      <w:r w:rsidRPr="00FB384A">
        <w:rPr>
          <w:sz w:val="24"/>
          <w:szCs w:val="24"/>
        </w:rPr>
        <w:t xml:space="preserve">, </w:t>
      </w:r>
      <w:proofErr w:type="spellStart"/>
      <w:r w:rsidRPr="00FB384A">
        <w:rPr>
          <w:sz w:val="24"/>
          <w:szCs w:val="24"/>
        </w:rPr>
        <w:t>razloge</w:t>
      </w:r>
      <w:proofErr w:type="spellEnd"/>
      <w:r w:rsidRPr="00FB384A">
        <w:rPr>
          <w:sz w:val="24"/>
          <w:szCs w:val="24"/>
        </w:rPr>
        <w:t xml:space="preserve"> za </w:t>
      </w:r>
      <w:proofErr w:type="spellStart"/>
      <w:r w:rsidRPr="00FB384A">
        <w:rPr>
          <w:sz w:val="24"/>
          <w:szCs w:val="24"/>
        </w:rPr>
        <w:t>odbijanje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uz</w:t>
      </w:r>
      <w:proofErr w:type="spellEnd"/>
    </w:p>
    <w:p w14:paraId="021381C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obrazloženje, analizu i rangiranje valjanih ponuda te prijedlog za donošenje odluke o odabiru,</w:t>
      </w:r>
    </w:p>
    <w:p w14:paraId="4166B39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odnosno o poništenju postupka.</w:t>
      </w:r>
    </w:p>
    <w:p w14:paraId="1C0585B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Ako se postupak jednostavne nabave provodi putem EOJN RH, zapisnik se sastavlja,</w:t>
      </w:r>
    </w:p>
    <w:p w14:paraId="1AE6F19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pohranjuje ili evidentira u skladu s funkcionalnostima EOJN RH.</w:t>
      </w:r>
    </w:p>
    <w:p w14:paraId="28CE9488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(4) Zapisnik potpisuju članovi Povjerenstva. Ako se zapisnik izrađuje ili potvrđuje u EOJN</w:t>
      </w:r>
    </w:p>
    <w:p w14:paraId="1824F01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RH, potpisivanje se provodi na način koji omogućuje EOJN RH.</w:t>
      </w:r>
    </w:p>
    <w:p w14:paraId="5C1C3FAE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(5) Zapisnik o pregledu i ocjeni ponuda čuva se u dokumentaciji postupka jednostavne</w:t>
      </w:r>
    </w:p>
    <w:p w14:paraId="42C3EA6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nabave, zajedno s ponudama, pojašnjenjima, dokazima, odlukama i drugom dokumentacijom</w:t>
      </w:r>
    </w:p>
    <w:p w14:paraId="710526DE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postupka</w:t>
      </w:r>
      <w:proofErr w:type="spellEnd"/>
      <w:r w:rsidRPr="00FB384A">
        <w:rPr>
          <w:sz w:val="24"/>
          <w:szCs w:val="24"/>
        </w:rPr>
        <w:t>.</w:t>
      </w:r>
    </w:p>
    <w:p w14:paraId="6DB11998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3E2FBB4E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14.</w:t>
      </w:r>
    </w:p>
    <w:p w14:paraId="48316625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2A2865D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 Kriterij za odabir ponude je najniža cijena ili ekonomski najpovoljnija ponuda.</w:t>
      </w:r>
    </w:p>
    <w:p w14:paraId="6AD8D9F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(2) Ako je kriterij odabira ekonomski najpovoljnija ponuda, osim kriterija cijene mogu se</w:t>
      </w:r>
    </w:p>
    <w:p w14:paraId="1C2F2DF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koristiti i npr. kriterij kvalitete, tehničke prednosti, estetske i funkcionalne osobine, ekološke</w:t>
      </w:r>
    </w:p>
    <w:p w14:paraId="5903A7DC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osobine, operativni troškovi, ekonomičnost, datum isporuke i rok isporuke ili izvršenja i dr. te</w:t>
      </w:r>
    </w:p>
    <w:p w14:paraId="7C4B8D2B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je u Zapisniku koji se upućuje Školskom odboru potrebno obrazložiti predloženu ponudu.</w:t>
      </w:r>
    </w:p>
    <w:p w14:paraId="79739A30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(3) </w:t>
      </w:r>
      <w:proofErr w:type="spellStart"/>
      <w:r w:rsidRPr="00FB384A">
        <w:rPr>
          <w:sz w:val="24"/>
          <w:szCs w:val="24"/>
        </w:rPr>
        <w:t>Kriterije</w:t>
      </w:r>
      <w:proofErr w:type="spellEnd"/>
      <w:r w:rsidRPr="00FB384A">
        <w:rPr>
          <w:sz w:val="24"/>
          <w:szCs w:val="24"/>
        </w:rPr>
        <w:t xml:space="preserve"> za </w:t>
      </w:r>
      <w:proofErr w:type="spellStart"/>
      <w:r w:rsidRPr="00FB384A">
        <w:rPr>
          <w:sz w:val="24"/>
          <w:szCs w:val="24"/>
        </w:rPr>
        <w:t>odabir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iz</w:t>
      </w:r>
      <w:proofErr w:type="spellEnd"/>
      <w:r w:rsidRPr="00FB384A">
        <w:rPr>
          <w:sz w:val="24"/>
          <w:szCs w:val="24"/>
        </w:rPr>
        <w:t xml:space="preserve"> stavka 2. </w:t>
      </w:r>
      <w:proofErr w:type="spellStart"/>
      <w:r w:rsidRPr="00FB384A">
        <w:rPr>
          <w:sz w:val="24"/>
          <w:szCs w:val="24"/>
        </w:rPr>
        <w:t>ovog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članka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donosi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Povjerenstvo</w:t>
      </w:r>
      <w:proofErr w:type="spellEnd"/>
      <w:r w:rsidRPr="00FB384A">
        <w:rPr>
          <w:sz w:val="24"/>
          <w:szCs w:val="24"/>
        </w:rPr>
        <w:t>.</w:t>
      </w:r>
    </w:p>
    <w:p w14:paraId="62EF0F1C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08237FC4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15.</w:t>
      </w:r>
    </w:p>
    <w:p w14:paraId="54E92678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0F75A02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Školski odbor na prijedlog Povjerenstva donosi odluku o odabiru ili odluku o poništenju.</w:t>
      </w:r>
    </w:p>
    <w:p w14:paraId="2E8D30B0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(2) </w:t>
      </w:r>
      <w:proofErr w:type="spellStart"/>
      <w:r w:rsidRPr="00FB384A">
        <w:rPr>
          <w:sz w:val="24"/>
          <w:szCs w:val="24"/>
        </w:rPr>
        <w:t>Odluka</w:t>
      </w:r>
      <w:proofErr w:type="spellEnd"/>
      <w:r w:rsidRPr="00FB384A">
        <w:rPr>
          <w:sz w:val="24"/>
          <w:szCs w:val="24"/>
        </w:rPr>
        <w:t xml:space="preserve"> o </w:t>
      </w:r>
      <w:proofErr w:type="spellStart"/>
      <w:r w:rsidRPr="00FB384A">
        <w:rPr>
          <w:sz w:val="24"/>
          <w:szCs w:val="24"/>
        </w:rPr>
        <w:t>odabiru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ponude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sadrži</w:t>
      </w:r>
      <w:proofErr w:type="spellEnd"/>
      <w:r w:rsidRPr="00FB384A">
        <w:rPr>
          <w:sz w:val="24"/>
          <w:szCs w:val="24"/>
        </w:rPr>
        <w:t>:</w:t>
      </w:r>
    </w:p>
    <w:p w14:paraId="79919ED5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62875BD8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podatke</w:t>
      </w:r>
      <w:proofErr w:type="spellEnd"/>
      <w:r w:rsidRPr="00111992">
        <w:rPr>
          <w:sz w:val="24"/>
          <w:szCs w:val="24"/>
        </w:rPr>
        <w:t xml:space="preserve"> o </w:t>
      </w:r>
      <w:proofErr w:type="spellStart"/>
      <w:r w:rsidRPr="00111992">
        <w:rPr>
          <w:sz w:val="24"/>
          <w:szCs w:val="24"/>
        </w:rPr>
        <w:t>naručitelju</w:t>
      </w:r>
      <w:proofErr w:type="spellEnd"/>
      <w:r w:rsidRPr="00111992">
        <w:rPr>
          <w:sz w:val="24"/>
          <w:szCs w:val="24"/>
        </w:rPr>
        <w:t>,</w:t>
      </w:r>
    </w:p>
    <w:p w14:paraId="7DDB6114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naziv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predmeta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nabave</w:t>
      </w:r>
      <w:proofErr w:type="spellEnd"/>
      <w:r w:rsidRPr="00111992">
        <w:rPr>
          <w:sz w:val="24"/>
          <w:szCs w:val="24"/>
        </w:rPr>
        <w:t>,</w:t>
      </w:r>
    </w:p>
    <w:p w14:paraId="642846E2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procijenjenu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vrijednost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nabave</w:t>
      </w:r>
      <w:proofErr w:type="spellEnd"/>
      <w:r w:rsidRPr="00111992">
        <w:rPr>
          <w:sz w:val="24"/>
          <w:szCs w:val="24"/>
        </w:rPr>
        <w:t>,</w:t>
      </w:r>
    </w:p>
    <w:p w14:paraId="78342770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podatke</w:t>
      </w:r>
      <w:proofErr w:type="spellEnd"/>
      <w:r w:rsidRPr="00111992">
        <w:rPr>
          <w:sz w:val="24"/>
          <w:szCs w:val="24"/>
        </w:rPr>
        <w:t xml:space="preserve"> o </w:t>
      </w:r>
      <w:proofErr w:type="spellStart"/>
      <w:r w:rsidRPr="00111992">
        <w:rPr>
          <w:sz w:val="24"/>
          <w:szCs w:val="24"/>
        </w:rPr>
        <w:t>ponuditelju</w:t>
      </w:r>
      <w:proofErr w:type="spellEnd"/>
      <w:r w:rsidRPr="00111992">
        <w:rPr>
          <w:sz w:val="24"/>
          <w:szCs w:val="24"/>
        </w:rPr>
        <w:t xml:space="preserve"> koji je </w:t>
      </w:r>
      <w:proofErr w:type="spellStart"/>
      <w:r w:rsidRPr="00111992">
        <w:rPr>
          <w:sz w:val="24"/>
          <w:szCs w:val="24"/>
        </w:rPr>
        <w:t>odabran</w:t>
      </w:r>
      <w:proofErr w:type="spellEnd"/>
      <w:r w:rsidRPr="00111992">
        <w:rPr>
          <w:sz w:val="24"/>
          <w:szCs w:val="24"/>
        </w:rPr>
        <w:t>,</w:t>
      </w:r>
    </w:p>
    <w:p w14:paraId="03D9DDA4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cijena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odabrane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ponude</w:t>
      </w:r>
      <w:proofErr w:type="spellEnd"/>
      <w:r w:rsidRPr="00111992">
        <w:rPr>
          <w:sz w:val="24"/>
          <w:szCs w:val="24"/>
        </w:rPr>
        <w:t xml:space="preserve">, bez PDV-a, </w:t>
      </w:r>
      <w:proofErr w:type="spellStart"/>
      <w:r w:rsidRPr="00111992">
        <w:rPr>
          <w:sz w:val="24"/>
          <w:szCs w:val="24"/>
        </w:rPr>
        <w:t>iznos</w:t>
      </w:r>
      <w:proofErr w:type="spellEnd"/>
      <w:r w:rsidRPr="00111992">
        <w:rPr>
          <w:sz w:val="24"/>
          <w:szCs w:val="24"/>
        </w:rPr>
        <w:t xml:space="preserve"> PDV-a </w:t>
      </w:r>
      <w:proofErr w:type="spellStart"/>
      <w:r w:rsidRPr="00111992">
        <w:rPr>
          <w:sz w:val="24"/>
          <w:szCs w:val="24"/>
        </w:rPr>
        <w:t>i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cijena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ponude</w:t>
      </w:r>
      <w:proofErr w:type="spellEnd"/>
      <w:r w:rsidRPr="00111992">
        <w:rPr>
          <w:sz w:val="24"/>
          <w:szCs w:val="24"/>
        </w:rPr>
        <w:t xml:space="preserve"> s PDV-om,</w:t>
      </w:r>
    </w:p>
    <w:p w14:paraId="58188A0F" w14:textId="77777777" w:rsidR="00203126" w:rsidRPr="00111992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111992">
        <w:rPr>
          <w:sz w:val="24"/>
          <w:szCs w:val="24"/>
        </w:rPr>
        <w:t>naziv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i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sjedište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ponuditelja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čije</w:t>
      </w:r>
      <w:proofErr w:type="spellEnd"/>
      <w:r w:rsidRPr="00111992">
        <w:rPr>
          <w:sz w:val="24"/>
          <w:szCs w:val="24"/>
        </w:rPr>
        <w:t xml:space="preserve"> se </w:t>
      </w:r>
      <w:proofErr w:type="spellStart"/>
      <w:r w:rsidRPr="00111992">
        <w:rPr>
          <w:sz w:val="24"/>
          <w:szCs w:val="24"/>
        </w:rPr>
        <w:t>ponude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odbijaju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i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razloge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odbijanja</w:t>
      </w:r>
      <w:proofErr w:type="spellEnd"/>
      <w:r w:rsidRPr="00111992">
        <w:rPr>
          <w:sz w:val="24"/>
          <w:szCs w:val="24"/>
        </w:rPr>
        <w:t xml:space="preserve"> </w:t>
      </w:r>
      <w:proofErr w:type="spellStart"/>
      <w:r w:rsidRPr="00111992">
        <w:rPr>
          <w:sz w:val="24"/>
          <w:szCs w:val="24"/>
        </w:rPr>
        <w:t>ponuda</w:t>
      </w:r>
      <w:proofErr w:type="spellEnd"/>
      <w:r w:rsidRPr="00111992">
        <w:rPr>
          <w:sz w:val="24"/>
          <w:szCs w:val="24"/>
        </w:rPr>
        <w:t>,</w:t>
      </w:r>
    </w:p>
    <w:p w14:paraId="4075451B" w14:textId="77777777" w:rsidR="00203126" w:rsidRDefault="00111992" w:rsidP="00111992">
      <w:pPr>
        <w:pStyle w:val="Odlomakpopisa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 w:rsidRPr="00111992">
        <w:rPr>
          <w:sz w:val="24"/>
          <w:szCs w:val="24"/>
        </w:rPr>
        <w:t xml:space="preserve">datum </w:t>
      </w:r>
      <w:proofErr w:type="spellStart"/>
      <w:r w:rsidRPr="00111992">
        <w:rPr>
          <w:sz w:val="24"/>
          <w:szCs w:val="24"/>
        </w:rPr>
        <w:t>donošenja</w:t>
      </w:r>
      <w:proofErr w:type="spellEnd"/>
      <w:r w:rsidRPr="00111992">
        <w:rPr>
          <w:sz w:val="24"/>
          <w:szCs w:val="24"/>
        </w:rPr>
        <w:t>.</w:t>
      </w:r>
    </w:p>
    <w:p w14:paraId="6DE8E69C" w14:textId="77777777" w:rsidR="00111992" w:rsidRPr="00111992" w:rsidRDefault="00111992" w:rsidP="00111992">
      <w:pPr>
        <w:spacing w:after="0" w:line="240" w:lineRule="auto"/>
        <w:jc w:val="both"/>
        <w:rPr>
          <w:sz w:val="24"/>
          <w:szCs w:val="24"/>
        </w:rPr>
      </w:pPr>
    </w:p>
    <w:p w14:paraId="1AE3EBA8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(3) Odluka o odabiru ponude ili odluka o poništenju postupka jednostavne nabave dostavlja se</w:t>
      </w:r>
    </w:p>
    <w:p w14:paraId="34D43E9C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svim ponuditeljima putem e-maila odnosno putem modula jednostavne nabave u EOJN RH.</w:t>
      </w:r>
    </w:p>
    <w:p w14:paraId="4D72B17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(4) Nakon dostave Odluke o odabiru najpovoljnije ponude svim ponuditeljima, ravnatelj</w:t>
      </w:r>
    </w:p>
    <w:p w14:paraId="440E6D42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Škole izdaje narudžbenicu ili sklapa ugovor s odabranim ponuditeljem.</w:t>
      </w:r>
    </w:p>
    <w:p w14:paraId="788246B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(5) Na provođenje ovog postupka primjenjuje se Odluka o proceduri izdavanja narudžbenica i</w:t>
      </w:r>
    </w:p>
    <w:p w14:paraId="38DF5D67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Procedura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stvaranja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ugovornih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obveza</w:t>
      </w:r>
      <w:proofErr w:type="spellEnd"/>
      <w:r w:rsidRPr="00FB384A">
        <w:rPr>
          <w:sz w:val="24"/>
          <w:szCs w:val="24"/>
        </w:rPr>
        <w:t>.</w:t>
      </w:r>
    </w:p>
    <w:p w14:paraId="6C0F158D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19BAB9F6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 xml:space="preserve">VI. </w:t>
      </w:r>
      <w:proofErr w:type="spellStart"/>
      <w:r w:rsidRPr="00FB384A">
        <w:rPr>
          <w:b/>
          <w:sz w:val="24"/>
          <w:szCs w:val="24"/>
        </w:rPr>
        <w:t>Pravna</w:t>
      </w:r>
      <w:proofErr w:type="spellEnd"/>
      <w:r w:rsidRPr="00FB384A">
        <w:rPr>
          <w:b/>
          <w:sz w:val="24"/>
          <w:szCs w:val="24"/>
        </w:rPr>
        <w:t xml:space="preserve"> </w:t>
      </w:r>
      <w:proofErr w:type="spellStart"/>
      <w:r w:rsidRPr="00FB384A">
        <w:rPr>
          <w:b/>
          <w:sz w:val="24"/>
          <w:szCs w:val="24"/>
        </w:rPr>
        <w:t>zaštita</w:t>
      </w:r>
      <w:proofErr w:type="spellEnd"/>
    </w:p>
    <w:p w14:paraId="2B7CD009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6E45AF8D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16.</w:t>
      </w:r>
    </w:p>
    <w:p w14:paraId="026C9C9A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1BC0747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(1) Za postupke jednostavne nabave procijenjene vrijednosti manje od 15.000,00 eura (bez</w:t>
      </w:r>
    </w:p>
    <w:p w14:paraId="4141061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PDV-a) nije dozvoljeno podnošenje prigovora ravnatelju Škole.</w:t>
      </w:r>
    </w:p>
    <w:p w14:paraId="7693CA24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(2) </w:t>
      </w:r>
      <w:proofErr w:type="gramStart"/>
      <w:r w:rsidRPr="00FB384A">
        <w:rPr>
          <w:sz w:val="24"/>
          <w:szCs w:val="24"/>
        </w:rPr>
        <w:t>Za  jednostavne</w:t>
      </w:r>
      <w:proofErr w:type="gramEnd"/>
      <w:r w:rsidRPr="00FB384A">
        <w:rPr>
          <w:sz w:val="24"/>
          <w:szCs w:val="24"/>
        </w:rPr>
        <w:t xml:space="preserve"> nabave čija je procijenjena vrijednost veća od 15.000,00 eura ponuditelj</w:t>
      </w:r>
    </w:p>
    <w:p w14:paraId="1EBEB7D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ima pravo izjaviti prigovor ravnatelju Škole.</w:t>
      </w:r>
    </w:p>
    <w:p w14:paraId="159FC18C" w14:textId="77777777" w:rsidR="00203126" w:rsidRPr="00FB384A" w:rsidRDefault="00203126" w:rsidP="00111992">
      <w:pPr>
        <w:spacing w:after="0" w:line="240" w:lineRule="auto"/>
        <w:rPr>
          <w:sz w:val="24"/>
          <w:szCs w:val="24"/>
        </w:rPr>
      </w:pPr>
    </w:p>
    <w:p w14:paraId="2CD0D6C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(3) Prigovor se može </w:t>
      </w:r>
      <w:proofErr w:type="gramStart"/>
      <w:r w:rsidRPr="00FB384A">
        <w:rPr>
          <w:sz w:val="24"/>
          <w:szCs w:val="24"/>
        </w:rPr>
        <w:t>podnijeti  na</w:t>
      </w:r>
      <w:proofErr w:type="gramEnd"/>
      <w:r w:rsidRPr="00FB384A">
        <w:rPr>
          <w:sz w:val="24"/>
          <w:szCs w:val="24"/>
        </w:rPr>
        <w:t xml:space="preserve"> sadržaj poziva na dostavu ponuda odnosno dokumentacije</w:t>
      </w:r>
    </w:p>
    <w:p w14:paraId="62CD402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o </w:t>
      </w:r>
      <w:proofErr w:type="gramStart"/>
      <w:r w:rsidRPr="00FB384A">
        <w:rPr>
          <w:sz w:val="24"/>
          <w:szCs w:val="24"/>
        </w:rPr>
        <w:t>nabavi,  postupak</w:t>
      </w:r>
      <w:proofErr w:type="gramEnd"/>
      <w:r w:rsidRPr="00FB384A">
        <w:rPr>
          <w:sz w:val="24"/>
          <w:szCs w:val="24"/>
        </w:rPr>
        <w:t xml:space="preserve"> pregleda i ocjene ponuda, odluku o odabiru ponude, odluku o poništenju</w:t>
      </w:r>
    </w:p>
    <w:p w14:paraId="7721FAA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postupka jednostavne nabave.</w:t>
      </w:r>
    </w:p>
    <w:p w14:paraId="6D9A534D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(4) Prigovor se podnosi putem modula jednostavne nabave EOJN </w:t>
      </w:r>
      <w:proofErr w:type="gramStart"/>
      <w:r w:rsidRPr="00FB384A">
        <w:rPr>
          <w:sz w:val="24"/>
          <w:szCs w:val="24"/>
        </w:rPr>
        <w:t>RH,  u</w:t>
      </w:r>
      <w:proofErr w:type="gramEnd"/>
      <w:r w:rsidRPr="00FB384A">
        <w:rPr>
          <w:sz w:val="24"/>
          <w:szCs w:val="24"/>
        </w:rPr>
        <w:t xml:space="preserve"> roku od </w:t>
      </w:r>
      <w:proofErr w:type="gramStart"/>
      <w:r w:rsidRPr="00FB384A">
        <w:rPr>
          <w:sz w:val="24"/>
          <w:szCs w:val="24"/>
        </w:rPr>
        <w:t>3  dana</w:t>
      </w:r>
      <w:proofErr w:type="gramEnd"/>
      <w:r w:rsidRPr="00FB384A">
        <w:rPr>
          <w:sz w:val="24"/>
          <w:szCs w:val="24"/>
        </w:rPr>
        <w:t xml:space="preserve"> od</w:t>
      </w:r>
    </w:p>
    <w:p w14:paraId="547AA17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dana dostave odluke o odabiru ponude, odnosno poništenju postupka. Rok za podnošenje</w:t>
      </w:r>
    </w:p>
    <w:p w14:paraId="7F90384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prigovora Škola obvezno unosi u poziv za dostavu ponude.</w:t>
      </w:r>
    </w:p>
    <w:p w14:paraId="5ACAE509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(5) Ravnatelj Škole odlučuje o </w:t>
      </w:r>
      <w:proofErr w:type="gramStart"/>
      <w:r w:rsidRPr="00FB384A">
        <w:rPr>
          <w:sz w:val="24"/>
          <w:szCs w:val="24"/>
        </w:rPr>
        <w:t>prigovoru  rješenjem</w:t>
      </w:r>
      <w:proofErr w:type="gramEnd"/>
      <w:r w:rsidRPr="00FB384A">
        <w:rPr>
          <w:sz w:val="24"/>
          <w:szCs w:val="24"/>
        </w:rPr>
        <w:t xml:space="preserve"> u roku osam dana </w:t>
      </w:r>
      <w:proofErr w:type="gramStart"/>
      <w:r w:rsidRPr="00FB384A">
        <w:rPr>
          <w:sz w:val="24"/>
          <w:szCs w:val="24"/>
        </w:rPr>
        <w:t>od</w:t>
      </w:r>
      <w:proofErr w:type="gramEnd"/>
      <w:r w:rsidRPr="00FB384A">
        <w:rPr>
          <w:sz w:val="24"/>
          <w:szCs w:val="24"/>
        </w:rPr>
        <w:t xml:space="preserve"> dana izjavljivanja</w:t>
      </w:r>
    </w:p>
    <w:p w14:paraId="34C178CA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prigovora.</w:t>
      </w:r>
    </w:p>
    <w:p w14:paraId="7D43B42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(6) Ravnatelj Škole može odbaciti prigovor ako nije pravodoban, odbiti prigovor kao</w:t>
      </w:r>
    </w:p>
    <w:p w14:paraId="2962FCA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neosnovan, prihvatiti prigovor i poništiti postupak jednostavne nabave.</w:t>
      </w:r>
    </w:p>
    <w:p w14:paraId="5584882F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(7) Rješenje o prigovoru dostavlja se podnositelju prigovora elektroničkim sredstvima</w:t>
      </w:r>
    </w:p>
    <w:p w14:paraId="58695F45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komunikacije putem modula jednostavne nabave EOJN RH.</w:t>
      </w:r>
    </w:p>
    <w:p w14:paraId="5D78BEFE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(8) </w:t>
      </w:r>
      <w:proofErr w:type="spellStart"/>
      <w:r w:rsidRPr="00FB384A">
        <w:rPr>
          <w:sz w:val="24"/>
          <w:szCs w:val="24"/>
        </w:rPr>
        <w:t>Protiv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rješenja</w:t>
      </w:r>
      <w:proofErr w:type="spellEnd"/>
      <w:r w:rsidRPr="00FB384A">
        <w:rPr>
          <w:sz w:val="24"/>
          <w:szCs w:val="24"/>
        </w:rPr>
        <w:t xml:space="preserve"> o </w:t>
      </w:r>
      <w:proofErr w:type="spellStart"/>
      <w:r w:rsidRPr="00FB384A">
        <w:rPr>
          <w:sz w:val="24"/>
          <w:szCs w:val="24"/>
        </w:rPr>
        <w:t>prigovoru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može</w:t>
      </w:r>
      <w:proofErr w:type="spellEnd"/>
      <w:r w:rsidRPr="00FB384A">
        <w:rPr>
          <w:sz w:val="24"/>
          <w:szCs w:val="24"/>
        </w:rPr>
        <w:t xml:space="preserve"> se </w:t>
      </w:r>
      <w:proofErr w:type="spellStart"/>
      <w:r w:rsidRPr="00FB384A">
        <w:rPr>
          <w:sz w:val="24"/>
          <w:szCs w:val="24"/>
        </w:rPr>
        <w:t>pokrenuti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upravni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spor</w:t>
      </w:r>
      <w:proofErr w:type="spellEnd"/>
      <w:r w:rsidRPr="00FB384A">
        <w:rPr>
          <w:sz w:val="24"/>
          <w:szCs w:val="24"/>
        </w:rPr>
        <w:t>.</w:t>
      </w:r>
    </w:p>
    <w:p w14:paraId="7C4409CF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59394DD9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r w:rsidRPr="00FB384A">
        <w:rPr>
          <w:b/>
          <w:sz w:val="24"/>
          <w:szCs w:val="24"/>
        </w:rPr>
        <w:t>VII. PRIJELAZNE I ZAVRŠNE ODREDBE</w:t>
      </w:r>
    </w:p>
    <w:p w14:paraId="066C5D38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0640E997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17.</w:t>
      </w:r>
    </w:p>
    <w:p w14:paraId="034DFAD5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619C80F6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Ovaj Pravilnik stupa na snagu osmoga dana </w:t>
      </w:r>
      <w:proofErr w:type="gramStart"/>
      <w:r w:rsidRPr="00FB384A">
        <w:rPr>
          <w:sz w:val="24"/>
          <w:szCs w:val="24"/>
        </w:rPr>
        <w:t>od</w:t>
      </w:r>
      <w:proofErr w:type="gramEnd"/>
      <w:r w:rsidRPr="00FB384A">
        <w:rPr>
          <w:sz w:val="24"/>
          <w:szCs w:val="24"/>
        </w:rPr>
        <w:t xml:space="preserve"> dana objave na oglasnoj ploči Škole, </w:t>
      </w:r>
      <w:proofErr w:type="gramStart"/>
      <w:r w:rsidRPr="00FB384A">
        <w:rPr>
          <w:sz w:val="24"/>
          <w:szCs w:val="24"/>
        </w:rPr>
        <w:t>a</w:t>
      </w:r>
      <w:proofErr w:type="gramEnd"/>
      <w:r w:rsidRPr="00FB384A">
        <w:rPr>
          <w:sz w:val="24"/>
          <w:szCs w:val="24"/>
        </w:rPr>
        <w:t xml:space="preserve"> objaviti</w:t>
      </w:r>
    </w:p>
    <w:p w14:paraId="4C0C576D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će</w:t>
      </w:r>
      <w:proofErr w:type="spellEnd"/>
      <w:r w:rsidRPr="00FB384A">
        <w:rPr>
          <w:sz w:val="24"/>
          <w:szCs w:val="24"/>
        </w:rPr>
        <w:t xml:space="preserve"> se </w:t>
      </w:r>
      <w:proofErr w:type="spellStart"/>
      <w:r w:rsidRPr="00FB384A">
        <w:rPr>
          <w:sz w:val="24"/>
          <w:szCs w:val="24"/>
        </w:rPr>
        <w:t>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mrežnoj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stranici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Škole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i</w:t>
      </w:r>
      <w:proofErr w:type="spellEnd"/>
      <w:r w:rsidRPr="00FB384A">
        <w:rPr>
          <w:sz w:val="24"/>
          <w:szCs w:val="24"/>
        </w:rPr>
        <w:t xml:space="preserve"> u EOJN RH.</w:t>
      </w:r>
    </w:p>
    <w:p w14:paraId="1082DD52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07715BC6" w14:textId="77777777" w:rsidR="00203126" w:rsidRDefault="00111992" w:rsidP="00FB384A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FB384A">
        <w:rPr>
          <w:b/>
          <w:sz w:val="24"/>
          <w:szCs w:val="24"/>
        </w:rPr>
        <w:t>Članak</w:t>
      </w:r>
      <w:proofErr w:type="spellEnd"/>
      <w:r w:rsidRPr="00FB384A">
        <w:rPr>
          <w:b/>
          <w:sz w:val="24"/>
          <w:szCs w:val="24"/>
        </w:rPr>
        <w:t xml:space="preserve"> 18.</w:t>
      </w:r>
    </w:p>
    <w:p w14:paraId="22DA6B43" w14:textId="77777777" w:rsidR="00111992" w:rsidRPr="00FB384A" w:rsidRDefault="00111992" w:rsidP="00FB384A">
      <w:pPr>
        <w:spacing w:after="0" w:line="240" w:lineRule="auto"/>
        <w:jc w:val="center"/>
        <w:rPr>
          <w:sz w:val="24"/>
          <w:szCs w:val="24"/>
        </w:rPr>
      </w:pPr>
    </w:p>
    <w:p w14:paraId="3051A2E3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Stupanjem na snagu ovoga Pravilnika prestaje važiti Pravilnik o provedbi postupaka</w:t>
      </w:r>
    </w:p>
    <w:p w14:paraId="46E2A51F" w14:textId="626BE12C" w:rsidR="00111992" w:rsidRDefault="00111992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2B2F4F">
        <w:rPr>
          <w:sz w:val="24"/>
          <w:szCs w:val="24"/>
        </w:rPr>
        <w:t>jednostavne</w:t>
      </w:r>
      <w:proofErr w:type="spellEnd"/>
      <w:r w:rsidRPr="002B2F4F">
        <w:rPr>
          <w:sz w:val="24"/>
          <w:szCs w:val="24"/>
        </w:rPr>
        <w:t xml:space="preserve"> </w:t>
      </w:r>
      <w:proofErr w:type="spellStart"/>
      <w:r w:rsidRPr="002B2F4F">
        <w:rPr>
          <w:sz w:val="24"/>
          <w:szCs w:val="24"/>
        </w:rPr>
        <w:t>nabave</w:t>
      </w:r>
      <w:proofErr w:type="spellEnd"/>
      <w:r w:rsidRPr="002B2F4F">
        <w:rPr>
          <w:sz w:val="24"/>
          <w:szCs w:val="24"/>
        </w:rPr>
        <w:t xml:space="preserve"> (KLASA:0</w:t>
      </w:r>
      <w:r w:rsidR="002B2F4F" w:rsidRPr="002B2F4F">
        <w:rPr>
          <w:sz w:val="24"/>
          <w:szCs w:val="24"/>
        </w:rPr>
        <w:t>11</w:t>
      </w:r>
      <w:r w:rsidRPr="002B2F4F">
        <w:rPr>
          <w:sz w:val="24"/>
          <w:szCs w:val="24"/>
        </w:rPr>
        <w:t>-0</w:t>
      </w:r>
      <w:r w:rsidR="002B2F4F" w:rsidRPr="002B2F4F">
        <w:rPr>
          <w:sz w:val="24"/>
          <w:szCs w:val="24"/>
        </w:rPr>
        <w:t>3</w:t>
      </w:r>
      <w:r w:rsidRPr="002B2F4F">
        <w:rPr>
          <w:sz w:val="24"/>
          <w:szCs w:val="24"/>
        </w:rPr>
        <w:t>/</w:t>
      </w:r>
      <w:r w:rsidR="002B2F4F" w:rsidRPr="002B2F4F">
        <w:rPr>
          <w:sz w:val="24"/>
          <w:szCs w:val="24"/>
        </w:rPr>
        <w:t>25</w:t>
      </w:r>
      <w:r w:rsidRPr="002B2F4F">
        <w:rPr>
          <w:sz w:val="24"/>
          <w:szCs w:val="24"/>
        </w:rPr>
        <w:t>-0</w:t>
      </w:r>
      <w:r w:rsidR="002B2F4F" w:rsidRPr="002B2F4F">
        <w:rPr>
          <w:sz w:val="24"/>
          <w:szCs w:val="24"/>
        </w:rPr>
        <w:t>2</w:t>
      </w:r>
      <w:r w:rsidRPr="002B2F4F">
        <w:rPr>
          <w:sz w:val="24"/>
          <w:szCs w:val="24"/>
        </w:rPr>
        <w:t>/</w:t>
      </w:r>
      <w:r w:rsidR="002B2F4F" w:rsidRPr="002B2F4F">
        <w:rPr>
          <w:sz w:val="24"/>
          <w:szCs w:val="24"/>
        </w:rPr>
        <w:t>4</w:t>
      </w:r>
      <w:r w:rsidRPr="002B2F4F">
        <w:rPr>
          <w:sz w:val="24"/>
          <w:szCs w:val="24"/>
        </w:rPr>
        <w:t>, URBROJ: 2170-</w:t>
      </w:r>
      <w:r w:rsidR="002B2F4F" w:rsidRPr="002B2F4F">
        <w:rPr>
          <w:sz w:val="24"/>
          <w:szCs w:val="24"/>
        </w:rPr>
        <w:t>41-25</w:t>
      </w:r>
      <w:r w:rsidRPr="002B2F4F">
        <w:rPr>
          <w:sz w:val="24"/>
          <w:szCs w:val="24"/>
        </w:rPr>
        <w:t xml:space="preserve">-1), od </w:t>
      </w:r>
      <w:r w:rsidR="002B2F4F" w:rsidRPr="002B2F4F">
        <w:rPr>
          <w:sz w:val="24"/>
          <w:szCs w:val="24"/>
        </w:rPr>
        <w:t xml:space="preserve">7. </w:t>
      </w:r>
      <w:proofErr w:type="spellStart"/>
      <w:r w:rsidR="002B2F4F" w:rsidRPr="002B2F4F">
        <w:rPr>
          <w:sz w:val="24"/>
          <w:szCs w:val="24"/>
        </w:rPr>
        <w:t>srpnja</w:t>
      </w:r>
      <w:proofErr w:type="spellEnd"/>
      <w:r w:rsidRPr="002B2F4F">
        <w:rPr>
          <w:sz w:val="24"/>
          <w:szCs w:val="24"/>
        </w:rPr>
        <w:t xml:space="preserve"> 20</w:t>
      </w:r>
      <w:r w:rsidR="002B2F4F" w:rsidRPr="002B2F4F">
        <w:rPr>
          <w:sz w:val="24"/>
          <w:szCs w:val="24"/>
        </w:rPr>
        <w:t>25</w:t>
      </w:r>
      <w:r w:rsidRPr="002B2F4F">
        <w:rPr>
          <w:sz w:val="24"/>
          <w:szCs w:val="24"/>
        </w:rPr>
        <w:t>.g.</w:t>
      </w:r>
    </w:p>
    <w:p w14:paraId="7FE57B1D" w14:textId="77777777" w:rsidR="00111992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21B0F41C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B384A">
        <w:rPr>
          <w:sz w:val="24"/>
          <w:szCs w:val="24"/>
        </w:rPr>
        <w:t xml:space="preserve">                                     </w:t>
      </w:r>
    </w:p>
    <w:p w14:paraId="1C91914B" w14:textId="77DBACC8" w:rsidR="00203126" w:rsidRPr="002B2F4F" w:rsidRDefault="00111992" w:rsidP="00111992">
      <w:pPr>
        <w:spacing w:after="0" w:line="240" w:lineRule="auto"/>
        <w:rPr>
          <w:sz w:val="24"/>
          <w:szCs w:val="24"/>
        </w:rPr>
      </w:pPr>
      <w:r w:rsidRPr="002B2F4F">
        <w:rPr>
          <w:b/>
          <w:sz w:val="24"/>
          <w:szCs w:val="24"/>
        </w:rPr>
        <w:t>KLASA:</w:t>
      </w:r>
      <w:r w:rsidRPr="002B2F4F">
        <w:t xml:space="preserve"> </w:t>
      </w:r>
      <w:r w:rsidRPr="002B2F4F">
        <w:rPr>
          <w:b/>
          <w:sz w:val="24"/>
          <w:szCs w:val="24"/>
        </w:rPr>
        <w:t>011-0</w:t>
      </w:r>
      <w:r w:rsidR="002B2F4F" w:rsidRPr="002B2F4F">
        <w:rPr>
          <w:b/>
          <w:sz w:val="24"/>
          <w:szCs w:val="24"/>
        </w:rPr>
        <w:t>3</w:t>
      </w:r>
      <w:r w:rsidRPr="002B2F4F">
        <w:rPr>
          <w:b/>
          <w:sz w:val="24"/>
          <w:szCs w:val="24"/>
        </w:rPr>
        <w:t>/26-0</w:t>
      </w:r>
      <w:r w:rsidR="002B2F4F" w:rsidRPr="002B2F4F">
        <w:rPr>
          <w:b/>
          <w:sz w:val="24"/>
          <w:szCs w:val="24"/>
        </w:rPr>
        <w:t>2</w:t>
      </w:r>
      <w:r w:rsidRPr="002B2F4F">
        <w:rPr>
          <w:b/>
          <w:sz w:val="24"/>
          <w:szCs w:val="24"/>
        </w:rPr>
        <w:t>/</w:t>
      </w:r>
      <w:r w:rsidR="002B2F4F" w:rsidRPr="002B2F4F">
        <w:rPr>
          <w:b/>
          <w:sz w:val="24"/>
          <w:szCs w:val="24"/>
        </w:rPr>
        <w:t>2</w:t>
      </w:r>
    </w:p>
    <w:p w14:paraId="177FA9CA" w14:textId="787CC6A7" w:rsidR="00203126" w:rsidRDefault="00111992" w:rsidP="00111992">
      <w:pPr>
        <w:spacing w:after="0" w:line="240" w:lineRule="auto"/>
        <w:rPr>
          <w:b/>
          <w:sz w:val="24"/>
          <w:szCs w:val="24"/>
        </w:rPr>
      </w:pPr>
      <w:r w:rsidRPr="002B2F4F">
        <w:rPr>
          <w:b/>
          <w:sz w:val="24"/>
          <w:szCs w:val="24"/>
        </w:rPr>
        <w:t>URBROJ:</w:t>
      </w:r>
      <w:r w:rsidRPr="002B2F4F">
        <w:t xml:space="preserve"> </w:t>
      </w:r>
      <w:r w:rsidRPr="002B2F4F">
        <w:rPr>
          <w:b/>
          <w:sz w:val="24"/>
          <w:szCs w:val="24"/>
        </w:rPr>
        <w:t>2170-</w:t>
      </w:r>
      <w:r w:rsidR="002B536A" w:rsidRPr="002B2F4F">
        <w:rPr>
          <w:b/>
          <w:sz w:val="24"/>
          <w:szCs w:val="24"/>
        </w:rPr>
        <w:t>4</w:t>
      </w:r>
      <w:r w:rsidRPr="002B2F4F">
        <w:rPr>
          <w:b/>
          <w:sz w:val="24"/>
          <w:szCs w:val="24"/>
        </w:rPr>
        <w:t>1-26-1</w:t>
      </w:r>
    </w:p>
    <w:p w14:paraId="17A15F0F" w14:textId="77777777" w:rsidR="00111992" w:rsidRPr="00FB384A" w:rsidRDefault="00111992" w:rsidP="00111992">
      <w:pPr>
        <w:spacing w:after="0" w:line="240" w:lineRule="auto"/>
        <w:rPr>
          <w:sz w:val="24"/>
          <w:szCs w:val="24"/>
        </w:rPr>
      </w:pPr>
    </w:p>
    <w:p w14:paraId="24C89087" w14:textId="3A27052A" w:rsidR="00203126" w:rsidRDefault="00B808F8" w:rsidP="00FB384A">
      <w:pPr>
        <w:spacing w:after="0" w:line="240" w:lineRule="auto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Hreljin</w:t>
      </w:r>
      <w:proofErr w:type="spellEnd"/>
      <w:r w:rsidR="00111992">
        <w:rPr>
          <w:sz w:val="24"/>
          <w:szCs w:val="24"/>
        </w:rPr>
        <w:t>,_</w:t>
      </w:r>
      <w:proofErr w:type="gramEnd"/>
      <w:r w:rsidR="00111992">
        <w:rPr>
          <w:sz w:val="24"/>
          <w:szCs w:val="24"/>
        </w:rPr>
        <w:t>___________________</w:t>
      </w:r>
      <w:r w:rsidR="00111992" w:rsidRPr="00FB384A">
        <w:rPr>
          <w:sz w:val="24"/>
          <w:szCs w:val="24"/>
        </w:rPr>
        <w:t xml:space="preserve"> 2026.</w:t>
      </w:r>
    </w:p>
    <w:p w14:paraId="3D5D48DC" w14:textId="77777777" w:rsidR="00111992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3EC0F424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0B62E937" w14:textId="77777777" w:rsidR="00203126" w:rsidRDefault="00111992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Predsjedni</w:t>
      </w:r>
      <w:r>
        <w:rPr>
          <w:sz w:val="24"/>
          <w:szCs w:val="24"/>
        </w:rPr>
        <w:t>ca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Školskog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odbora</w:t>
      </w:r>
      <w:proofErr w:type="spellEnd"/>
      <w:r>
        <w:rPr>
          <w:sz w:val="24"/>
          <w:szCs w:val="24"/>
        </w:rPr>
        <w:t>:</w:t>
      </w:r>
    </w:p>
    <w:p w14:paraId="6C99982D" w14:textId="77777777" w:rsidR="00111992" w:rsidRDefault="00111992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</w:p>
    <w:p w14:paraId="5B6FF533" w14:textId="77777777" w:rsidR="00111992" w:rsidRDefault="00111992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</w:p>
    <w:p w14:paraId="711E934B" w14:textId="6C7FCFAC" w:rsidR="00111992" w:rsidRDefault="00B808F8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Sanja </w:t>
      </w:r>
      <w:proofErr w:type="spellStart"/>
      <w:r>
        <w:rPr>
          <w:sz w:val="24"/>
          <w:szCs w:val="24"/>
        </w:rPr>
        <w:t>Miočić</w:t>
      </w:r>
      <w:proofErr w:type="spellEnd"/>
      <w:r>
        <w:rPr>
          <w:sz w:val="24"/>
          <w:szCs w:val="24"/>
        </w:rPr>
        <w:t>, mag. bibl.</w:t>
      </w:r>
    </w:p>
    <w:p w14:paraId="3D05A86C" w14:textId="77777777" w:rsidR="00111992" w:rsidRDefault="00111992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</w:p>
    <w:p w14:paraId="1D1AFA99" w14:textId="77777777" w:rsidR="00111992" w:rsidRPr="00FB384A" w:rsidRDefault="00111992" w:rsidP="00111992">
      <w:pPr>
        <w:spacing w:after="0" w:line="240" w:lineRule="auto"/>
        <w:ind w:left="4320" w:firstLine="720"/>
        <w:jc w:val="both"/>
        <w:rPr>
          <w:sz w:val="24"/>
          <w:szCs w:val="24"/>
        </w:rPr>
      </w:pPr>
    </w:p>
    <w:p w14:paraId="2F0C7E60" w14:textId="77777777" w:rsidR="00203126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 xml:space="preserve">Ovaj Pravilnik objavljen je </w:t>
      </w:r>
      <w:proofErr w:type="gramStart"/>
      <w:r w:rsidRPr="00FB384A">
        <w:rPr>
          <w:sz w:val="24"/>
          <w:szCs w:val="24"/>
        </w:rPr>
        <w:t>na  oglasnoj</w:t>
      </w:r>
      <w:proofErr w:type="gramEnd"/>
      <w:r w:rsidRPr="00FB384A">
        <w:rPr>
          <w:sz w:val="24"/>
          <w:szCs w:val="24"/>
        </w:rPr>
        <w:t xml:space="preserve"> ploči Škole, na mrežnoj stranici Škole i u EOJN RH</w:t>
      </w:r>
    </w:p>
    <w:p w14:paraId="0D58E499" w14:textId="77777777" w:rsidR="00203126" w:rsidRDefault="00111992" w:rsidP="00FB384A">
      <w:pPr>
        <w:spacing w:after="0" w:line="240" w:lineRule="auto"/>
        <w:jc w:val="both"/>
        <w:rPr>
          <w:sz w:val="24"/>
          <w:szCs w:val="24"/>
        </w:rPr>
      </w:pPr>
      <w:r w:rsidRPr="00FB384A">
        <w:rPr>
          <w:sz w:val="24"/>
          <w:szCs w:val="24"/>
        </w:rPr>
        <w:t>dana              2026</w:t>
      </w:r>
      <w:proofErr w:type="gramStart"/>
      <w:r w:rsidRPr="00FB384A">
        <w:rPr>
          <w:sz w:val="24"/>
          <w:szCs w:val="24"/>
        </w:rPr>
        <w:t>.,  a</w:t>
      </w:r>
      <w:proofErr w:type="gram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stupio</w:t>
      </w:r>
      <w:proofErr w:type="spellEnd"/>
      <w:r w:rsidRPr="00FB384A">
        <w:rPr>
          <w:sz w:val="24"/>
          <w:szCs w:val="24"/>
        </w:rPr>
        <w:t xml:space="preserve"> je </w:t>
      </w:r>
      <w:proofErr w:type="spellStart"/>
      <w:r w:rsidRPr="00FB384A">
        <w:rPr>
          <w:sz w:val="24"/>
          <w:szCs w:val="24"/>
        </w:rPr>
        <w:t>na</w:t>
      </w:r>
      <w:proofErr w:type="spellEnd"/>
      <w:r w:rsidRPr="00FB384A">
        <w:rPr>
          <w:sz w:val="24"/>
          <w:szCs w:val="24"/>
        </w:rPr>
        <w:t xml:space="preserve"> </w:t>
      </w:r>
      <w:proofErr w:type="spellStart"/>
      <w:r w:rsidRPr="00FB384A">
        <w:rPr>
          <w:sz w:val="24"/>
          <w:szCs w:val="24"/>
        </w:rPr>
        <w:t>snagu</w:t>
      </w:r>
      <w:proofErr w:type="spellEnd"/>
      <w:r w:rsidRPr="00FB384A">
        <w:rPr>
          <w:sz w:val="24"/>
          <w:szCs w:val="24"/>
        </w:rPr>
        <w:t xml:space="preserve"> dana                 2026.</w:t>
      </w:r>
    </w:p>
    <w:p w14:paraId="46084FAA" w14:textId="77777777" w:rsidR="00111992" w:rsidRPr="00FB384A" w:rsidRDefault="00111992" w:rsidP="00FB384A">
      <w:pPr>
        <w:spacing w:after="0" w:line="240" w:lineRule="auto"/>
        <w:jc w:val="both"/>
        <w:rPr>
          <w:sz w:val="24"/>
          <w:szCs w:val="24"/>
        </w:rPr>
      </w:pPr>
    </w:p>
    <w:p w14:paraId="47E4F4EA" w14:textId="048D819B" w:rsidR="00203126" w:rsidRDefault="00111992" w:rsidP="00111992">
      <w:pPr>
        <w:spacing w:after="0" w:line="240" w:lineRule="auto"/>
        <w:ind w:left="5040" w:firstLine="720"/>
        <w:jc w:val="both"/>
        <w:rPr>
          <w:sz w:val="24"/>
          <w:szCs w:val="24"/>
        </w:rPr>
      </w:pPr>
      <w:proofErr w:type="spellStart"/>
      <w:r w:rsidRPr="00FB384A">
        <w:rPr>
          <w:sz w:val="24"/>
          <w:szCs w:val="24"/>
        </w:rPr>
        <w:t>Ravnatel</w:t>
      </w:r>
      <w:r>
        <w:rPr>
          <w:sz w:val="24"/>
          <w:szCs w:val="24"/>
        </w:rPr>
        <w:t>j</w:t>
      </w:r>
      <w:r w:rsidR="00B808F8">
        <w:rPr>
          <w:sz w:val="24"/>
          <w:szCs w:val="24"/>
        </w:rPr>
        <w:t>ica</w:t>
      </w:r>
      <w:proofErr w:type="spellEnd"/>
      <w:r>
        <w:rPr>
          <w:sz w:val="24"/>
          <w:szCs w:val="24"/>
        </w:rPr>
        <w:t>:</w:t>
      </w:r>
    </w:p>
    <w:p w14:paraId="16A93399" w14:textId="77777777" w:rsidR="00B808F8" w:rsidRDefault="00B808F8" w:rsidP="00111992">
      <w:pPr>
        <w:spacing w:after="0" w:line="240" w:lineRule="auto"/>
        <w:ind w:left="5040" w:firstLine="720"/>
        <w:jc w:val="both"/>
        <w:rPr>
          <w:sz w:val="24"/>
          <w:szCs w:val="24"/>
        </w:rPr>
      </w:pPr>
    </w:p>
    <w:p w14:paraId="35948BC7" w14:textId="77777777" w:rsidR="00111992" w:rsidRDefault="00111992" w:rsidP="00111992">
      <w:pPr>
        <w:spacing w:after="0" w:line="240" w:lineRule="auto"/>
        <w:ind w:left="5040" w:firstLine="720"/>
        <w:jc w:val="both"/>
        <w:rPr>
          <w:sz w:val="24"/>
          <w:szCs w:val="24"/>
        </w:rPr>
      </w:pPr>
    </w:p>
    <w:p w14:paraId="1EC311CF" w14:textId="7BCB5C1C" w:rsidR="00111992" w:rsidRPr="00FB384A" w:rsidRDefault="00B808F8" w:rsidP="00111992">
      <w:pPr>
        <w:spacing w:after="0" w:line="240" w:lineRule="auto"/>
        <w:ind w:left="504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Tatjana Katušin, </w:t>
      </w:r>
      <w:proofErr w:type="spellStart"/>
      <w:r>
        <w:rPr>
          <w:sz w:val="24"/>
          <w:szCs w:val="24"/>
        </w:rPr>
        <w:t>dipl.uč</w:t>
      </w:r>
      <w:proofErr w:type="spellEnd"/>
      <w:r>
        <w:rPr>
          <w:sz w:val="24"/>
          <w:szCs w:val="24"/>
        </w:rPr>
        <w:t>.</w:t>
      </w:r>
    </w:p>
    <w:bookmarkEnd w:id="0"/>
    <w:p w14:paraId="3C8EF4BC" w14:textId="65DDE19D" w:rsidR="00203126" w:rsidRPr="00FB384A" w:rsidRDefault="00203126" w:rsidP="00FB384A">
      <w:pPr>
        <w:spacing w:after="0" w:line="240" w:lineRule="auto"/>
        <w:rPr>
          <w:sz w:val="24"/>
          <w:szCs w:val="24"/>
        </w:rPr>
      </w:pPr>
    </w:p>
    <w:sectPr w:rsidR="00203126" w:rsidRPr="00FB384A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B93EBA"/>
    <w:multiLevelType w:val="hybridMultilevel"/>
    <w:tmpl w:val="4C5829F0"/>
    <w:lvl w:ilvl="0" w:tplc="03541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53B24"/>
    <w:multiLevelType w:val="hybridMultilevel"/>
    <w:tmpl w:val="27741B6E"/>
    <w:lvl w:ilvl="0" w:tplc="03541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E172E6"/>
    <w:multiLevelType w:val="hybridMultilevel"/>
    <w:tmpl w:val="7CECEEE8"/>
    <w:lvl w:ilvl="0" w:tplc="03541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1525EE"/>
    <w:multiLevelType w:val="hybridMultilevel"/>
    <w:tmpl w:val="58E26FA2"/>
    <w:lvl w:ilvl="0" w:tplc="451EEF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478658">
    <w:abstractNumId w:val="8"/>
  </w:num>
  <w:num w:numId="2" w16cid:durableId="1642228843">
    <w:abstractNumId w:val="6"/>
  </w:num>
  <w:num w:numId="3" w16cid:durableId="904489690">
    <w:abstractNumId w:val="5"/>
  </w:num>
  <w:num w:numId="4" w16cid:durableId="256835894">
    <w:abstractNumId w:val="4"/>
  </w:num>
  <w:num w:numId="5" w16cid:durableId="1923682772">
    <w:abstractNumId w:val="7"/>
  </w:num>
  <w:num w:numId="6" w16cid:durableId="1452746918">
    <w:abstractNumId w:val="3"/>
  </w:num>
  <w:num w:numId="7" w16cid:durableId="420564144">
    <w:abstractNumId w:val="2"/>
  </w:num>
  <w:num w:numId="8" w16cid:durableId="1442843025">
    <w:abstractNumId w:val="1"/>
  </w:num>
  <w:num w:numId="9" w16cid:durableId="1377587967">
    <w:abstractNumId w:val="0"/>
  </w:num>
  <w:num w:numId="10" w16cid:durableId="799305501">
    <w:abstractNumId w:val="12"/>
  </w:num>
  <w:num w:numId="11" w16cid:durableId="1227185440">
    <w:abstractNumId w:val="10"/>
  </w:num>
  <w:num w:numId="12" w16cid:durableId="1230964968">
    <w:abstractNumId w:val="11"/>
  </w:num>
  <w:num w:numId="13" w16cid:durableId="9233459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1992"/>
    <w:rsid w:val="0015074B"/>
    <w:rsid w:val="00203126"/>
    <w:rsid w:val="0029639D"/>
    <w:rsid w:val="002B2F4F"/>
    <w:rsid w:val="002B536A"/>
    <w:rsid w:val="00326F90"/>
    <w:rsid w:val="00422F62"/>
    <w:rsid w:val="00742F53"/>
    <w:rsid w:val="008412CF"/>
    <w:rsid w:val="0098466D"/>
    <w:rsid w:val="00AA1D8D"/>
    <w:rsid w:val="00B47730"/>
    <w:rsid w:val="00B808F8"/>
    <w:rsid w:val="00CB0664"/>
    <w:rsid w:val="00FB38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CF851C"/>
  <w14:defaultImageDpi w14:val="300"/>
  <w15:docId w15:val="{C592BFCB-8353-4259-B6EB-DC05A0AF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8E3D80E-4530-4CAA-A0DC-72CE35ABD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2012</Words>
  <Characters>11469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Stančić</cp:lastModifiedBy>
  <cp:revision>5</cp:revision>
  <dcterms:created xsi:type="dcterms:W3CDTF">2026-08-13T07:33:00Z</dcterms:created>
  <dcterms:modified xsi:type="dcterms:W3CDTF">2026-08-13T10:07:00Z</dcterms:modified>
  <cp:category/>
</cp:coreProperties>
</file>